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63669" w14:textId="77777777" w:rsidR="001C17E4" w:rsidRPr="00260F73" w:rsidRDefault="001C17E4" w:rsidP="00F4085D">
      <w:pPr>
        <w:pStyle w:val="Title"/>
        <w:rPr>
          <w:b/>
          <w:bCs/>
          <w:sz w:val="40"/>
          <w:szCs w:val="40"/>
        </w:rPr>
      </w:pPr>
    </w:p>
    <w:p w14:paraId="1A13F9FF" w14:textId="1B7AE9A3" w:rsidR="00F4085D" w:rsidRPr="00260F73" w:rsidRDefault="003729FB" w:rsidP="00B8038E">
      <w:pPr>
        <w:pStyle w:val="Title"/>
        <w:jc w:val="center"/>
        <w:rPr>
          <w:b/>
          <w:bCs/>
          <w:sz w:val="40"/>
          <w:szCs w:val="40"/>
        </w:rPr>
      </w:pPr>
      <w:r w:rsidRPr="00260F73">
        <w:rPr>
          <w:b/>
          <w:bCs/>
          <w:sz w:val="40"/>
          <w:szCs w:val="40"/>
        </w:rPr>
        <w:t xml:space="preserve">RCPI </w:t>
      </w:r>
      <w:r w:rsidR="007C0991" w:rsidRPr="00260F73">
        <w:rPr>
          <w:b/>
          <w:bCs/>
          <w:sz w:val="40"/>
          <w:szCs w:val="40"/>
        </w:rPr>
        <w:t xml:space="preserve">Higher Specialist </w:t>
      </w:r>
      <w:r w:rsidR="002D7D98" w:rsidRPr="00260F73">
        <w:rPr>
          <w:b/>
          <w:bCs/>
          <w:sz w:val="40"/>
          <w:szCs w:val="40"/>
        </w:rPr>
        <w:t>Training</w:t>
      </w:r>
      <w:r w:rsidR="007C0991" w:rsidRPr="00260F73">
        <w:rPr>
          <w:b/>
          <w:bCs/>
          <w:sz w:val="40"/>
          <w:szCs w:val="40"/>
        </w:rPr>
        <w:t>:</w:t>
      </w:r>
      <w:r w:rsidR="00F4085D" w:rsidRPr="00260F73">
        <w:rPr>
          <w:b/>
          <w:bCs/>
          <w:sz w:val="40"/>
          <w:szCs w:val="40"/>
        </w:rPr>
        <w:t xml:space="preserve"> </w:t>
      </w:r>
      <w:r w:rsidR="00B908D2">
        <w:rPr>
          <w:b/>
          <w:bCs/>
          <w:sz w:val="40"/>
          <w:szCs w:val="40"/>
        </w:rPr>
        <w:t>Medical Oncology</w:t>
      </w:r>
    </w:p>
    <w:p w14:paraId="609CAFC3" w14:textId="0E8919FD" w:rsidR="007C0991" w:rsidRDefault="00F54DC5" w:rsidP="00F4085D">
      <w:pPr>
        <w:pStyle w:val="Title"/>
        <w:jc w:val="center"/>
        <w:rPr>
          <w:b/>
          <w:bCs/>
          <w:sz w:val="48"/>
          <w:szCs w:val="48"/>
        </w:rPr>
      </w:pPr>
      <w:r w:rsidRPr="00260F73">
        <w:rPr>
          <w:b/>
          <w:bCs/>
          <w:sz w:val="48"/>
          <w:szCs w:val="48"/>
        </w:rPr>
        <w:t>Curriculum Vitae</w:t>
      </w:r>
    </w:p>
    <w:p w14:paraId="158B37B7" w14:textId="77777777" w:rsidR="00260F73" w:rsidRDefault="00260F73" w:rsidP="00260F73"/>
    <w:p w14:paraId="794CB4A3" w14:textId="77777777" w:rsidR="008360E8" w:rsidRPr="00260F73" w:rsidRDefault="008360E8" w:rsidP="00260F73"/>
    <w:p w14:paraId="6E5B97C0" w14:textId="59A16C94" w:rsidR="00214ECC" w:rsidRPr="00260F73" w:rsidRDefault="003729FB" w:rsidP="001C17E4">
      <w:pPr>
        <w:pStyle w:val="Heading1"/>
      </w:pPr>
      <w:r w:rsidRPr="00260F73">
        <w:t>Personal Details</w:t>
      </w:r>
    </w:p>
    <w:tbl>
      <w:tblPr>
        <w:tblStyle w:val="TableGrid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7"/>
        <w:gridCol w:w="5823"/>
      </w:tblGrid>
      <w:tr w:rsidR="009E4AEB" w:rsidRPr="00260F73" w14:paraId="091518D3" w14:textId="77777777" w:rsidTr="00260F73">
        <w:tc>
          <w:tcPr>
            <w:tcW w:w="1886" w:type="pct"/>
            <w:vAlign w:val="center"/>
          </w:tcPr>
          <w:p w14:paraId="461D333E" w14:textId="77777777" w:rsidR="009E4AEB" w:rsidRDefault="009E4AEB" w:rsidP="00260F73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Full Name:</w:t>
            </w:r>
          </w:p>
          <w:p w14:paraId="46EE3531" w14:textId="1A50F9B4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sdt>
          <w:sdtPr>
            <w:id w:val="-589689032"/>
            <w:placeholder>
              <w:docPart w:val="1734C0B0E50C4165979C1D1CD6EF5118"/>
            </w:placeholder>
            <w:showingPlcHdr/>
          </w:sdtPr>
          <w:sdtEndPr/>
          <w:sdtContent>
            <w:tc>
              <w:tcPr>
                <w:tcW w:w="3114" w:type="pct"/>
                <w:vAlign w:val="center"/>
              </w:tcPr>
              <w:p w14:paraId="3B7B6D19" w14:textId="14E466E6" w:rsidR="009E4AEB" w:rsidRPr="00260F73" w:rsidRDefault="001C17E4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:rsidRPr="00260F73" w14:paraId="773EA148" w14:textId="77777777" w:rsidTr="00260F73">
        <w:tc>
          <w:tcPr>
            <w:tcW w:w="1886" w:type="pct"/>
            <w:vAlign w:val="center"/>
          </w:tcPr>
          <w:p w14:paraId="62CA2F33" w14:textId="77777777" w:rsidR="009E4AEB" w:rsidRDefault="009E4AEB" w:rsidP="00260F73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Medical Council (IMC) Registration Number:</w:t>
            </w:r>
          </w:p>
          <w:p w14:paraId="096607BC" w14:textId="79A3C1DB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sdt>
          <w:sdtPr>
            <w:rPr>
              <w:rStyle w:val="BodyTextChar"/>
            </w:rPr>
            <w:id w:val="-490786477"/>
            <w:placeholder>
              <w:docPart w:val="F4D6CB2241074A76A75ACE4A72F3BACA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114" w:type="pct"/>
                <w:vAlign w:val="center"/>
              </w:tcPr>
              <w:p w14:paraId="2A4369CD" w14:textId="4DD25E0D" w:rsidR="009E4AEB" w:rsidRPr="00260F73" w:rsidRDefault="00B16633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:rsidRPr="00260F73" w14:paraId="36E9348D" w14:textId="77777777" w:rsidTr="00260F73">
        <w:tc>
          <w:tcPr>
            <w:tcW w:w="1886" w:type="pct"/>
            <w:vAlign w:val="center"/>
          </w:tcPr>
          <w:p w14:paraId="640B854D" w14:textId="77777777" w:rsidR="009E4AEB" w:rsidRDefault="009E4AEB" w:rsidP="00260F73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Please list any prior medical registrations i.e. (GMC):</w:t>
            </w:r>
          </w:p>
          <w:p w14:paraId="38BE2FC2" w14:textId="5EE45BD4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tc>
          <w:tcPr>
            <w:tcW w:w="3114" w:type="pct"/>
            <w:vAlign w:val="center"/>
          </w:tcPr>
          <w:sdt>
            <w:sdtPr>
              <w:id w:val="658587351"/>
              <w:placeholder>
                <w:docPart w:val="5C6BE9DD57B042A78E73AE6C65AB81E9"/>
              </w:placeholder>
              <w:showingPlcHdr/>
            </w:sdtPr>
            <w:sdtEndPr/>
            <w:sdtContent>
              <w:p w14:paraId="733AEED4" w14:textId="346A6196" w:rsidR="004D6768" w:rsidRPr="00260F73" w:rsidRDefault="00B16633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9E4AEB" w:rsidRPr="00260F73" w14:paraId="452C156E" w14:textId="77777777" w:rsidTr="00260F73">
        <w:tc>
          <w:tcPr>
            <w:tcW w:w="1886" w:type="pct"/>
            <w:vAlign w:val="center"/>
          </w:tcPr>
          <w:p w14:paraId="5B86263B" w14:textId="77777777" w:rsidR="009E4AEB" w:rsidRDefault="00260F73" w:rsidP="00260F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Current</w:t>
            </w:r>
            <w:r w:rsidR="009E4AEB" w:rsidRPr="00260F73">
              <w:rPr>
                <w:b/>
                <w:bCs/>
              </w:rPr>
              <w:t xml:space="preserve"> Post:</w:t>
            </w:r>
          </w:p>
          <w:p w14:paraId="2B91D0AD" w14:textId="646DAF20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sdt>
          <w:sdtPr>
            <w:id w:val="-725217108"/>
            <w:placeholder>
              <w:docPart w:val="B94FF17A7DD844238942618D220CAEE0"/>
            </w:placeholder>
            <w:showingPlcHdr/>
          </w:sdtPr>
          <w:sdtEndPr/>
          <w:sdtContent>
            <w:tc>
              <w:tcPr>
                <w:tcW w:w="3114" w:type="pct"/>
                <w:vAlign w:val="center"/>
              </w:tcPr>
              <w:p w14:paraId="13FF5351" w14:textId="76ACC4B8" w:rsidR="009E4AEB" w:rsidRPr="00260F73" w:rsidRDefault="00B16633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0627E4A" w14:textId="277579A8" w:rsidR="00597958" w:rsidRPr="00260F73" w:rsidRDefault="002931FF">
      <w:r w:rsidRPr="00260F73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17D4E05" wp14:editId="3C6B2130">
                <wp:simplePos x="0" y="0"/>
                <wp:positionH relativeFrom="margin">
                  <wp:align>right</wp:align>
                </wp:positionH>
                <wp:positionV relativeFrom="paragraph">
                  <wp:posOffset>2153920</wp:posOffset>
                </wp:positionV>
                <wp:extent cx="5925820" cy="1404620"/>
                <wp:effectExtent l="0" t="0" r="17780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5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7A552B" w14:textId="5C264FAD" w:rsidR="002931FF" w:rsidRPr="008360E8" w:rsidRDefault="008360E8" w:rsidP="008360E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</w:pPr>
                            <w:r w:rsidRPr="009E1E94"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  <w:t xml:space="preserve">Please adhere to the word limit guidelines where provided. Any word count exceeding the limit will be disregarded.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17D4E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5.4pt;margin-top:169.6pt;width:466.6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">
                <v:textbox style="mso-fit-shape-to-text:t">
                  <w:txbxContent>
                    <w:p w14:paraId="0B7A552B" w14:textId="5C264FAD" w:rsidR="002931FF" w:rsidRPr="008360E8" w:rsidRDefault="008360E8" w:rsidP="008360E8">
                      <w:pPr>
                        <w:jc w:val="center"/>
                        <w:rPr>
                          <w:b/>
                          <w:bCs/>
                          <w:sz w:val="28"/>
                          <w:szCs w:val="24"/>
                        </w:rPr>
                      </w:pPr>
                      <w:r w:rsidRPr="009E1E94">
                        <w:rPr>
                          <w:b/>
                          <w:bCs/>
                          <w:sz w:val="28"/>
                          <w:szCs w:val="24"/>
                        </w:rPr>
                        <w:t xml:space="preserve">Please adhere to the word limit guidelines where provided. Any word count exceeding the limit will be disregarded.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97958" w:rsidRPr="00260F73">
        <w:br w:type="page"/>
      </w:r>
    </w:p>
    <w:p w14:paraId="27A096EA" w14:textId="56CA61F4" w:rsidR="004929C5" w:rsidRPr="004929C5" w:rsidRDefault="00260F73" w:rsidP="004929C5">
      <w:pPr>
        <w:pStyle w:val="Heading1"/>
      </w:pPr>
      <w:r>
        <w:lastRenderedPageBreak/>
        <w:t>Career Objective / Personal Statement</w:t>
      </w:r>
    </w:p>
    <w:p w14:paraId="7B9BE08A" w14:textId="77777777" w:rsidR="00B908D2" w:rsidRPr="00B908D2" w:rsidRDefault="00B908D2" w:rsidP="00B908D2">
      <w:pPr>
        <w:rPr>
          <w:b/>
          <w:bCs/>
          <w:lang w:val="en-US"/>
        </w:rPr>
      </w:pPr>
      <w:r w:rsidRPr="00B908D2">
        <w:rPr>
          <w:b/>
          <w:bCs/>
          <w:lang w:val="en-US"/>
        </w:rPr>
        <w:t xml:space="preserve">Statement (500 words) outlining your motivation for a career in medical oncology including interest / experience to date / steps to build your career and </w:t>
      </w:r>
      <w:proofErr w:type="gramStart"/>
      <w:r w:rsidRPr="00B908D2">
        <w:rPr>
          <w:b/>
          <w:bCs/>
          <w:lang w:val="en-US"/>
        </w:rPr>
        <w:t>long term</w:t>
      </w:r>
      <w:proofErr w:type="gramEnd"/>
      <w:r w:rsidRPr="00B908D2">
        <w:rPr>
          <w:b/>
          <w:bCs/>
          <w:lang w:val="en-US"/>
        </w:rPr>
        <w:t xml:space="preserve"> goals </w:t>
      </w:r>
    </w:p>
    <w:sdt>
      <w:sdtPr>
        <w:rPr>
          <w:b/>
          <w:bCs/>
        </w:rPr>
        <w:id w:val="1461925480"/>
        <w:placeholder>
          <w:docPart w:val="D5F14FB66A15431389EB3E003A7DADB1"/>
        </w:placeholder>
        <w:showingPlcHdr/>
      </w:sdtPr>
      <w:sdtEndPr/>
      <w:sdtContent>
        <w:p w14:paraId="1C5F0DEB" w14:textId="1D1275C3" w:rsidR="00260F73" w:rsidRDefault="00260F73" w:rsidP="00260F73">
          <w:pPr>
            <w:rPr>
              <w:b/>
              <w:bCs/>
            </w:rPr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7379743B" w14:textId="77777777" w:rsidR="00726D0B" w:rsidRDefault="00726D0B" w:rsidP="00726D0B"/>
    <w:p w14:paraId="10648A03" w14:textId="77777777" w:rsidR="008360E8" w:rsidRDefault="008360E8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4C6806A8" w14:textId="74E50101" w:rsidR="002D7D98" w:rsidRPr="00260F73" w:rsidRDefault="003729FB" w:rsidP="001C17E4">
      <w:pPr>
        <w:pStyle w:val="Heading1"/>
      </w:pPr>
      <w:r w:rsidRPr="00260F73">
        <w:lastRenderedPageBreak/>
        <w:t>Medical Education &amp; Qualifications</w:t>
      </w:r>
      <w:r w:rsidR="002D7D98" w:rsidRPr="00260F73">
        <w:t xml:space="preserve"> – Including Memberships</w:t>
      </w:r>
      <w:r w:rsidR="00C7253B" w:rsidRPr="00260F73">
        <w:t xml:space="preserve"> and Courses</w:t>
      </w:r>
    </w:p>
    <w:p w14:paraId="0A20EB36" w14:textId="73367547" w:rsidR="000A5F58" w:rsidRDefault="000A5F58" w:rsidP="000A5F58">
      <w:r>
        <w:t>(Reverse chronological order)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06"/>
        <w:gridCol w:w="1793"/>
        <w:gridCol w:w="1833"/>
        <w:gridCol w:w="1825"/>
        <w:gridCol w:w="2093"/>
      </w:tblGrid>
      <w:tr w:rsidR="002D7D98" w:rsidRPr="00260F73" w14:paraId="35B37414" w14:textId="77777777" w:rsidTr="00597958">
        <w:tc>
          <w:tcPr>
            <w:tcW w:w="966" w:type="pct"/>
            <w:vAlign w:val="center"/>
          </w:tcPr>
          <w:p w14:paraId="4C671E88" w14:textId="3B9550AC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Award</w:t>
            </w:r>
          </w:p>
        </w:tc>
        <w:tc>
          <w:tcPr>
            <w:tcW w:w="959" w:type="pct"/>
            <w:vAlign w:val="center"/>
          </w:tcPr>
          <w:p w14:paraId="2B0B3421" w14:textId="19A96826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Year</w:t>
            </w:r>
          </w:p>
        </w:tc>
        <w:tc>
          <w:tcPr>
            <w:tcW w:w="980" w:type="pct"/>
            <w:vAlign w:val="center"/>
          </w:tcPr>
          <w:p w14:paraId="67DBAA6E" w14:textId="3B3C11AA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Institution</w:t>
            </w:r>
          </w:p>
        </w:tc>
        <w:tc>
          <w:tcPr>
            <w:tcW w:w="976" w:type="pct"/>
            <w:vAlign w:val="center"/>
          </w:tcPr>
          <w:p w14:paraId="712632FF" w14:textId="7C6786CB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Result (where relevant)</w:t>
            </w:r>
          </w:p>
        </w:tc>
        <w:tc>
          <w:tcPr>
            <w:tcW w:w="1119" w:type="pct"/>
            <w:vAlign w:val="center"/>
          </w:tcPr>
          <w:p w14:paraId="617F5633" w14:textId="6987EB8D" w:rsidR="002D7D98" w:rsidRPr="00260F73" w:rsidRDefault="002D7D98" w:rsidP="00597958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</w:t>
            </w:r>
            <w:r w:rsidR="00B16633" w:rsidRPr="00260F73">
              <w:rPr>
                <w:b/>
                <w:bCs/>
              </w:rPr>
              <w:t xml:space="preserve"> </w:t>
            </w:r>
            <w:r w:rsidR="00F4085D" w:rsidRPr="00260F73">
              <w:rPr>
                <w:b/>
                <w:bCs/>
              </w:rPr>
              <w:t>A</w:t>
            </w:r>
            <w:r w:rsidR="00B16633" w:rsidRPr="00260F73">
              <w:rPr>
                <w:b/>
                <w:bCs/>
              </w:rPr>
              <w:t>ttached</w:t>
            </w:r>
          </w:p>
        </w:tc>
      </w:tr>
      <w:tr w:rsidR="002D7D98" w:rsidRPr="00260F73" w14:paraId="3A517A0A" w14:textId="77777777" w:rsidTr="00597958">
        <w:sdt>
          <w:sdtPr>
            <w:id w:val="908119073"/>
            <w:placeholder>
              <w:docPart w:val="758EF154077D4EC492E0AA02749775EE"/>
            </w:placeholder>
            <w:showingPlcHdr/>
          </w:sdtPr>
          <w:sdtEndPr/>
          <w:sdtContent>
            <w:tc>
              <w:tcPr>
                <w:tcW w:w="966" w:type="pct"/>
              </w:tcPr>
              <w:p w14:paraId="407904E6" w14:textId="7D7C9955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22730788"/>
            <w:placeholder>
              <w:docPart w:val="60444590C5F4414E83C6454885D5753D"/>
            </w:placeholder>
            <w:showingPlcHdr/>
          </w:sdtPr>
          <w:sdtEndPr/>
          <w:sdtContent>
            <w:tc>
              <w:tcPr>
                <w:tcW w:w="959" w:type="pct"/>
              </w:tcPr>
              <w:p w14:paraId="7DBDB907" w14:textId="4C9AC596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81860075"/>
            <w:placeholder>
              <w:docPart w:val="096DC268CB3744C7AF90E558EFABE7F6"/>
            </w:placeholder>
            <w:showingPlcHdr/>
          </w:sdtPr>
          <w:sdtEndPr/>
          <w:sdtContent>
            <w:tc>
              <w:tcPr>
                <w:tcW w:w="980" w:type="pct"/>
              </w:tcPr>
              <w:p w14:paraId="72703AB3" w14:textId="6E71EC00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32394641"/>
            <w:placeholder>
              <w:docPart w:val="16EE3227410F4460A6706019F08584BA"/>
            </w:placeholder>
            <w:showingPlcHdr/>
          </w:sdtPr>
          <w:sdtEndPr/>
          <w:sdtContent>
            <w:tc>
              <w:tcPr>
                <w:tcW w:w="976" w:type="pct"/>
              </w:tcPr>
              <w:p w14:paraId="5688DA4A" w14:textId="6DDA52B4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65CA4B16" w14:textId="77777777" w:rsidR="00B8038E" w:rsidRPr="00260F73" w:rsidRDefault="00B8038E" w:rsidP="00B8038E">
            <w:pPr>
              <w:jc w:val="center"/>
            </w:pPr>
            <w:r w:rsidRPr="00260F73">
              <w:t xml:space="preserve">Yes </w:t>
            </w:r>
            <w:sdt>
              <w:sdtPr>
                <w:id w:val="-1787340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B2B2D10" w14:textId="1CAF67AE" w:rsidR="002D7D98" w:rsidRPr="00260F73" w:rsidRDefault="00B8038E" w:rsidP="00B8038E">
            <w:pPr>
              <w:jc w:val="center"/>
            </w:pPr>
            <w:r w:rsidRPr="00260F73">
              <w:t xml:space="preserve">No </w:t>
            </w:r>
            <w:sdt>
              <w:sdtPr>
                <w:id w:val="25680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:rsidRPr="00260F73" w14:paraId="5D011A5B" w14:textId="77777777" w:rsidTr="00597958">
        <w:sdt>
          <w:sdtPr>
            <w:id w:val="91911584"/>
            <w:placeholder>
              <w:docPart w:val="35C6ADD19D0A4F7F9AA8A8D4CCB1374F"/>
            </w:placeholder>
            <w:showingPlcHdr/>
          </w:sdtPr>
          <w:sdtEndPr/>
          <w:sdtContent>
            <w:tc>
              <w:tcPr>
                <w:tcW w:w="966" w:type="pct"/>
              </w:tcPr>
              <w:p w14:paraId="62C3AD32" w14:textId="6638C231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35587923"/>
            <w:placeholder>
              <w:docPart w:val="0AD4EFDEB46F4DD3B07D7D864B6EAEB2"/>
            </w:placeholder>
            <w:showingPlcHdr/>
          </w:sdtPr>
          <w:sdtEndPr/>
          <w:sdtContent>
            <w:tc>
              <w:tcPr>
                <w:tcW w:w="959" w:type="pct"/>
              </w:tcPr>
              <w:p w14:paraId="07D82FA8" w14:textId="5BFD2166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26490040"/>
            <w:placeholder>
              <w:docPart w:val="C969D259CE28476AA1EB44B74A93B0DE"/>
            </w:placeholder>
            <w:showingPlcHdr/>
          </w:sdtPr>
          <w:sdtEndPr/>
          <w:sdtContent>
            <w:tc>
              <w:tcPr>
                <w:tcW w:w="980" w:type="pct"/>
              </w:tcPr>
              <w:p w14:paraId="0BA9075E" w14:textId="162F6E12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7513618"/>
            <w:placeholder>
              <w:docPart w:val="4163D3241B974CB9999FF0EC5B4E2B21"/>
            </w:placeholder>
            <w:showingPlcHdr/>
          </w:sdtPr>
          <w:sdtEndPr/>
          <w:sdtContent>
            <w:tc>
              <w:tcPr>
                <w:tcW w:w="976" w:type="pct"/>
              </w:tcPr>
              <w:p w14:paraId="6E8C51A0" w14:textId="061DBBD0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5034CFD9" w14:textId="77777777" w:rsidR="00B8038E" w:rsidRPr="00260F73" w:rsidRDefault="00B8038E" w:rsidP="00B8038E">
            <w:pPr>
              <w:jc w:val="center"/>
            </w:pPr>
            <w:r w:rsidRPr="00260F73">
              <w:t xml:space="preserve">Yes </w:t>
            </w:r>
            <w:sdt>
              <w:sdtPr>
                <w:id w:val="-1520614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82454F9" w14:textId="15169319" w:rsidR="002D7D98" w:rsidRPr="00260F73" w:rsidRDefault="00B8038E" w:rsidP="00B8038E">
            <w:pPr>
              <w:jc w:val="center"/>
            </w:pPr>
            <w:r w:rsidRPr="00260F73">
              <w:t xml:space="preserve">No </w:t>
            </w:r>
            <w:sdt>
              <w:sdtPr>
                <w:id w:val="174236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:rsidRPr="00260F73" w14:paraId="183CA3AF" w14:textId="77777777" w:rsidTr="00597958">
        <w:sdt>
          <w:sdtPr>
            <w:id w:val="-1907910357"/>
            <w:placeholder>
              <w:docPart w:val="89495584885745569DDCF4FEC1482D05"/>
            </w:placeholder>
            <w:showingPlcHdr/>
          </w:sdtPr>
          <w:sdtEndPr/>
          <w:sdtContent>
            <w:tc>
              <w:tcPr>
                <w:tcW w:w="966" w:type="pct"/>
              </w:tcPr>
              <w:p w14:paraId="0E5CF259" w14:textId="2F2E8C43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28454616"/>
            <w:placeholder>
              <w:docPart w:val="66C6F6902A3B4D4CA7D745FDDA70B68A"/>
            </w:placeholder>
            <w:showingPlcHdr/>
          </w:sdtPr>
          <w:sdtEndPr/>
          <w:sdtContent>
            <w:tc>
              <w:tcPr>
                <w:tcW w:w="959" w:type="pct"/>
              </w:tcPr>
              <w:p w14:paraId="1EC9F948" w14:textId="05AC5BB2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74382817"/>
            <w:placeholder>
              <w:docPart w:val="4CD965A9EE694FECADF2476D720E7B6E"/>
            </w:placeholder>
            <w:showingPlcHdr/>
          </w:sdtPr>
          <w:sdtEndPr/>
          <w:sdtContent>
            <w:tc>
              <w:tcPr>
                <w:tcW w:w="980" w:type="pct"/>
              </w:tcPr>
              <w:p w14:paraId="456CF46E" w14:textId="0F54226E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90455234"/>
            <w:placeholder>
              <w:docPart w:val="09E232A6ADC042DB884957F020A929BA"/>
            </w:placeholder>
            <w:showingPlcHdr/>
          </w:sdtPr>
          <w:sdtEndPr/>
          <w:sdtContent>
            <w:tc>
              <w:tcPr>
                <w:tcW w:w="976" w:type="pct"/>
              </w:tcPr>
              <w:p w14:paraId="7FE9FF6A" w14:textId="3A9642D9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36CC5BCB" w14:textId="77777777" w:rsidR="00B8038E" w:rsidRPr="00260F73" w:rsidRDefault="00B8038E" w:rsidP="00B8038E">
            <w:pPr>
              <w:jc w:val="center"/>
            </w:pPr>
            <w:r w:rsidRPr="00260F73">
              <w:t xml:space="preserve">Yes </w:t>
            </w:r>
            <w:sdt>
              <w:sdtPr>
                <w:id w:val="1892150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EF89572" w14:textId="58EA593B" w:rsidR="002D7D98" w:rsidRPr="00260F73" w:rsidRDefault="00B8038E" w:rsidP="00B8038E">
            <w:pPr>
              <w:jc w:val="center"/>
            </w:pPr>
            <w:r w:rsidRPr="00260F73">
              <w:t xml:space="preserve">No </w:t>
            </w:r>
            <w:sdt>
              <w:sdtPr>
                <w:id w:val="1245995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-330375359"/>
          <w15:repeatingSection/>
        </w:sdtPr>
        <w:sdtEndPr/>
        <w:sdtContent>
          <w:sdt>
            <w:sdtPr>
              <w:id w:val="-798216025"/>
              <w:placeholder>
                <w:docPart w:val="DefaultPlaceholder_-1854013435"/>
              </w:placeholder>
              <w15:repeatingSectionItem/>
            </w:sdtPr>
            <w:sdtEndPr/>
            <w:sdtContent>
              <w:tr w:rsidR="002D7D98" w:rsidRPr="00260F73" w14:paraId="5CD8502D" w14:textId="77777777" w:rsidTr="00597958">
                <w:sdt>
                  <w:sdtPr>
                    <w:id w:val="-1580284213"/>
                    <w:placeholder>
                      <w:docPart w:val="3DF7FD3C5E5C4C0992D419903A5ACDD9"/>
                    </w:placeholder>
                    <w:showingPlcHdr/>
                  </w:sdtPr>
                  <w:sdtEndPr/>
                  <w:sdtContent>
                    <w:tc>
                      <w:tcPr>
                        <w:tcW w:w="966" w:type="pct"/>
                      </w:tcPr>
                      <w:p w14:paraId="69603CA0" w14:textId="31EEC6B0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305995904"/>
                    <w:placeholder>
                      <w:docPart w:val="CADFFF9D18954E1993F5C0789B03E179"/>
                    </w:placeholder>
                    <w:showingPlcHdr/>
                  </w:sdtPr>
                  <w:sdtEndPr/>
                  <w:sdtContent>
                    <w:tc>
                      <w:tcPr>
                        <w:tcW w:w="959" w:type="pct"/>
                      </w:tcPr>
                      <w:p w14:paraId="2C02ADFA" w14:textId="10A0B363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33035023"/>
                    <w:placeholder>
                      <w:docPart w:val="657F90F891404138BEF4C8B0986FE706"/>
                    </w:placeholder>
                    <w:showingPlcHdr/>
                  </w:sdtPr>
                  <w:sdtEndPr/>
                  <w:sdtContent>
                    <w:tc>
                      <w:tcPr>
                        <w:tcW w:w="980" w:type="pct"/>
                      </w:tcPr>
                      <w:p w14:paraId="7DD92037" w14:textId="133D9C36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428025460"/>
                    <w:placeholder>
                      <w:docPart w:val="C9113B8A854441D682CE5AC80AFB0860"/>
                    </w:placeholder>
                    <w:showingPlcHdr/>
                  </w:sdtPr>
                  <w:sdtEndPr/>
                  <w:sdtContent>
                    <w:tc>
                      <w:tcPr>
                        <w:tcW w:w="976" w:type="pct"/>
                      </w:tcPr>
                      <w:p w14:paraId="0DB5DA5D" w14:textId="57818F06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0A7C3A81" w14:textId="77777777" w:rsidR="00B8038E" w:rsidRPr="00260F73" w:rsidRDefault="00B8038E" w:rsidP="00B8038E">
                    <w:pPr>
                      <w:jc w:val="center"/>
                    </w:pPr>
                    <w:r w:rsidRPr="00260F73">
                      <w:t xml:space="preserve">Yes </w:t>
                    </w:r>
                    <w:sdt>
                      <w:sdtPr>
                        <w:id w:val="176325866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486E958" w14:textId="5ADD1B89" w:rsidR="002D7D98" w:rsidRPr="00260F73" w:rsidRDefault="00B8038E" w:rsidP="00B8038E">
                    <w:pPr>
                      <w:jc w:val="center"/>
                    </w:pPr>
                    <w:r w:rsidRPr="00260F73">
                      <w:t xml:space="preserve">No </w:t>
                    </w:r>
                    <w:sdt>
                      <w:sdtPr>
                        <w:id w:val="-201120611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id w:val="-865827514"/>
              <w:placeholder>
                <w:docPart w:val="0423504971984E3CA014D7D54995C960"/>
              </w:placeholder>
              <w15:repeatingSectionItem/>
            </w:sdtPr>
            <w:sdtEndPr/>
            <w:sdtContent>
              <w:tr w:rsidR="00C95D05" w:rsidRPr="00260F73" w14:paraId="6FDD2C08" w14:textId="77777777" w:rsidTr="00597958">
                <w:sdt>
                  <w:sdtPr>
                    <w:id w:val="645398200"/>
                    <w:placeholder>
                      <w:docPart w:val="A98CC7936C024C2988776FBA2CC670BD"/>
                    </w:placeholder>
                    <w:showingPlcHdr/>
                  </w:sdtPr>
                  <w:sdtEndPr/>
                  <w:sdtContent>
                    <w:tc>
                      <w:tcPr>
                        <w:tcW w:w="966" w:type="pct"/>
                      </w:tcPr>
                      <w:p w14:paraId="0395932B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101691547"/>
                    <w:placeholder>
                      <w:docPart w:val="2E9B36F7201C45DF99CA9FA9C42900AE"/>
                    </w:placeholder>
                    <w:showingPlcHdr/>
                  </w:sdtPr>
                  <w:sdtEndPr/>
                  <w:sdtContent>
                    <w:tc>
                      <w:tcPr>
                        <w:tcW w:w="959" w:type="pct"/>
                      </w:tcPr>
                      <w:p w14:paraId="1C3B9025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489561908"/>
                    <w:placeholder>
                      <w:docPart w:val="09814CF1CD7A47D3BB560F37A96F9D58"/>
                    </w:placeholder>
                    <w:showingPlcHdr/>
                  </w:sdtPr>
                  <w:sdtEndPr/>
                  <w:sdtContent>
                    <w:tc>
                      <w:tcPr>
                        <w:tcW w:w="980" w:type="pct"/>
                      </w:tcPr>
                      <w:p w14:paraId="3415A5C5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829473414"/>
                    <w:placeholder>
                      <w:docPart w:val="7793DEAF92564508A217818A964BBBC0"/>
                    </w:placeholder>
                    <w:showingPlcHdr/>
                  </w:sdtPr>
                  <w:sdtEndPr/>
                  <w:sdtContent>
                    <w:tc>
                      <w:tcPr>
                        <w:tcW w:w="976" w:type="pct"/>
                      </w:tcPr>
                      <w:p w14:paraId="3D855799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78FDA8C5" w14:textId="77777777" w:rsidR="00B8038E" w:rsidRPr="00260F73" w:rsidRDefault="00B8038E" w:rsidP="00B8038E">
                    <w:pPr>
                      <w:jc w:val="center"/>
                    </w:pPr>
                    <w:r w:rsidRPr="00260F73">
                      <w:t xml:space="preserve">Yes </w:t>
                    </w:r>
                    <w:sdt>
                      <w:sdtPr>
                        <w:id w:val="-115059411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3F7E6B0A" w14:textId="364082AE" w:rsidR="00C95D05" w:rsidRPr="00260F73" w:rsidRDefault="00B8038E" w:rsidP="00B8038E">
                    <w:pPr>
                      <w:jc w:val="center"/>
                    </w:pPr>
                    <w:r w:rsidRPr="00260F73">
                      <w:t xml:space="preserve">No </w:t>
                    </w:r>
                    <w:sdt>
                      <w:sdtPr>
                        <w:id w:val="-167001509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4013DE9A" w14:textId="77777777" w:rsidR="00B908D2" w:rsidRDefault="00B908D2" w:rsidP="00B908D2"/>
    <w:p w14:paraId="73BB5930" w14:textId="77777777" w:rsidR="008360E8" w:rsidRDefault="008360E8" w:rsidP="00B908D2"/>
    <w:p w14:paraId="75B4FEB0" w14:textId="376530F4" w:rsidR="3FE541D5" w:rsidRPr="00260F73" w:rsidRDefault="002D7D98" w:rsidP="001C17E4">
      <w:pPr>
        <w:pStyle w:val="Heading1"/>
      </w:pPr>
      <w:r w:rsidRPr="00260F73">
        <w:t>Current Professional Registrations</w:t>
      </w:r>
      <w:r w:rsidR="00F4085D" w:rsidRPr="00260F73">
        <w:t xml:space="preserve"> </w:t>
      </w:r>
      <w:r w:rsidR="2D96377B" w:rsidRPr="00260F73">
        <w:t>(IMC, GMC, etc)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00"/>
        <w:gridCol w:w="1350"/>
        <w:gridCol w:w="1530"/>
        <w:gridCol w:w="1825"/>
        <w:gridCol w:w="1472"/>
        <w:gridCol w:w="1773"/>
      </w:tblGrid>
      <w:tr w:rsidR="002D7D98" w:rsidRPr="00260F73" w14:paraId="1972A308" w14:textId="77777777" w:rsidTr="002E140B">
        <w:tc>
          <w:tcPr>
            <w:tcW w:w="749" w:type="pct"/>
            <w:vAlign w:val="center"/>
          </w:tcPr>
          <w:p w14:paraId="2D6CA276" w14:textId="77777777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Award</w:t>
            </w:r>
          </w:p>
        </w:tc>
        <w:tc>
          <w:tcPr>
            <w:tcW w:w="722" w:type="pct"/>
            <w:vAlign w:val="center"/>
          </w:tcPr>
          <w:p w14:paraId="3BA16062" w14:textId="77777777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Year</w:t>
            </w:r>
          </w:p>
        </w:tc>
        <w:tc>
          <w:tcPr>
            <w:tcW w:w="818" w:type="pct"/>
            <w:vAlign w:val="center"/>
          </w:tcPr>
          <w:p w14:paraId="48D6EE85" w14:textId="52C3B1E7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Registration or Membership number</w:t>
            </w:r>
          </w:p>
        </w:tc>
        <w:tc>
          <w:tcPr>
            <w:tcW w:w="976" w:type="pct"/>
            <w:vAlign w:val="center"/>
          </w:tcPr>
          <w:p w14:paraId="38FB6F70" w14:textId="64C19A9D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Professional Body/Regulator</w:t>
            </w:r>
          </w:p>
        </w:tc>
        <w:tc>
          <w:tcPr>
            <w:tcW w:w="787" w:type="pct"/>
            <w:vAlign w:val="center"/>
          </w:tcPr>
          <w:p w14:paraId="6CAB59A6" w14:textId="7027AE7D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Good Standing Status</w:t>
            </w:r>
          </w:p>
        </w:tc>
        <w:tc>
          <w:tcPr>
            <w:tcW w:w="948" w:type="pct"/>
            <w:vAlign w:val="center"/>
          </w:tcPr>
          <w:p w14:paraId="0662DADA" w14:textId="182D7738" w:rsidR="002D7D98" w:rsidRPr="00260F73" w:rsidRDefault="002D7D98" w:rsidP="00597958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</w:t>
            </w:r>
            <w:r w:rsidR="00F4085D" w:rsidRPr="00260F73">
              <w:rPr>
                <w:b/>
                <w:bCs/>
              </w:rPr>
              <w:t xml:space="preserve"> Attached</w:t>
            </w:r>
          </w:p>
        </w:tc>
      </w:tr>
      <w:tr w:rsidR="002D7D98" w:rsidRPr="00260F73" w14:paraId="41C6CEE2" w14:textId="77777777" w:rsidTr="002E140B">
        <w:sdt>
          <w:sdtPr>
            <w:id w:val="483131998"/>
            <w:placeholder>
              <w:docPart w:val="872FF4CA11794B8A841DB2220DF10EA6"/>
            </w:placeholder>
            <w:showingPlcHdr/>
          </w:sdtPr>
          <w:sdtEndPr/>
          <w:sdtContent>
            <w:tc>
              <w:tcPr>
                <w:tcW w:w="749" w:type="pct"/>
              </w:tcPr>
              <w:p w14:paraId="5DE52878" w14:textId="705B3DA5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22032356"/>
            <w:placeholder>
              <w:docPart w:val="4E97BD512F134974B65EC5CE1A1FFA5C"/>
            </w:placeholder>
            <w:showingPlcHdr/>
          </w:sdtPr>
          <w:sdtEndPr/>
          <w:sdtContent>
            <w:tc>
              <w:tcPr>
                <w:tcW w:w="722" w:type="pct"/>
              </w:tcPr>
              <w:p w14:paraId="3B4E7722" w14:textId="48736194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041407279"/>
            <w:placeholder>
              <w:docPart w:val="43C24FC1DD4E4C25906C3761C0E444F2"/>
            </w:placeholder>
            <w:showingPlcHdr/>
          </w:sdtPr>
          <w:sdtEndPr/>
          <w:sdtContent>
            <w:tc>
              <w:tcPr>
                <w:tcW w:w="818" w:type="pct"/>
              </w:tcPr>
              <w:p w14:paraId="4433956D" w14:textId="37C027FA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3204762"/>
            <w:placeholder>
              <w:docPart w:val="6E5B51F8A20C49259CB13015EB121389"/>
            </w:placeholder>
            <w:showingPlcHdr/>
          </w:sdtPr>
          <w:sdtEndPr/>
          <w:sdtContent>
            <w:tc>
              <w:tcPr>
                <w:tcW w:w="976" w:type="pct"/>
              </w:tcPr>
              <w:p w14:paraId="4C3D30A3" w14:textId="7A36AFB5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89550416"/>
            <w:placeholder>
              <w:docPart w:val="ACA81B7FEB124004A04A95F11ADBD7A7"/>
            </w:placeholder>
            <w:showingPlcHdr/>
          </w:sdtPr>
          <w:sdtEndPr/>
          <w:sdtContent>
            <w:tc>
              <w:tcPr>
                <w:tcW w:w="787" w:type="pct"/>
              </w:tcPr>
              <w:p w14:paraId="4E8C2E90" w14:textId="2B1B9F91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019818F" w14:textId="77777777" w:rsidR="001B2E81" w:rsidRPr="00260F73" w:rsidRDefault="001B2E81" w:rsidP="00597958">
            <w:pPr>
              <w:jc w:val="center"/>
            </w:pPr>
            <w:r w:rsidRPr="00260F73">
              <w:t xml:space="preserve">Yes </w:t>
            </w:r>
            <w:sdt>
              <w:sdtPr>
                <w:id w:val="-1966805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9703C51" w14:textId="668C266B" w:rsidR="002D7D98" w:rsidRPr="00260F73" w:rsidRDefault="001B2E81" w:rsidP="00597958">
            <w:pPr>
              <w:jc w:val="center"/>
            </w:pPr>
            <w:r w:rsidRPr="00260F73">
              <w:t xml:space="preserve">No </w:t>
            </w:r>
            <w:sdt>
              <w:sdtPr>
                <w:id w:val="-1393879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 xml:space="preserve"> </w:t>
            </w:r>
          </w:p>
        </w:tc>
      </w:tr>
      <w:tr w:rsidR="00B16633" w:rsidRPr="00260F73" w14:paraId="5CF6427D" w14:textId="77777777" w:rsidTr="002E140B">
        <w:sdt>
          <w:sdtPr>
            <w:id w:val="1117254231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749" w:type="pct"/>
              </w:tcPr>
              <w:p w14:paraId="1F6A3CE1" w14:textId="0D7E4A4E" w:rsidR="00B16633" w:rsidRPr="00260F73" w:rsidRDefault="00B16633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481267477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722" w:type="pct"/>
              </w:tcPr>
              <w:p w14:paraId="49AE3929" w14:textId="611637B7" w:rsidR="00B16633" w:rsidRPr="00260F73" w:rsidRDefault="008360E8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797141339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818" w:type="pct"/>
              </w:tcPr>
              <w:p w14:paraId="3BD3C74A" w14:textId="52EB0BA7" w:rsidR="00B16633" w:rsidRPr="00260F73" w:rsidRDefault="008360E8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87439813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976" w:type="pct"/>
              </w:tcPr>
              <w:p w14:paraId="46914337" w14:textId="408ABF11" w:rsidR="00B16633" w:rsidRPr="00260F73" w:rsidRDefault="008360E8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375810897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787" w:type="pct"/>
              </w:tcPr>
              <w:p w14:paraId="4DCC6CF2" w14:textId="0C1ADAE7" w:rsidR="00B16633" w:rsidRPr="00260F73" w:rsidRDefault="008360E8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8A6E352" w14:textId="77777777" w:rsidR="001B2E81" w:rsidRPr="00260F73" w:rsidRDefault="001B2E81" w:rsidP="001B2E81">
            <w:pPr>
              <w:jc w:val="center"/>
            </w:pPr>
            <w:r w:rsidRPr="00260F73">
              <w:t xml:space="preserve">Yes </w:t>
            </w:r>
            <w:sdt>
              <w:sdtPr>
                <w:id w:val="704525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67C6332" w14:textId="556B6FB1" w:rsidR="00B16633" w:rsidRPr="00260F73" w:rsidRDefault="001B2E81" w:rsidP="001B2E81">
            <w:pPr>
              <w:jc w:val="center"/>
            </w:pPr>
            <w:r w:rsidRPr="00260F73">
              <w:t xml:space="preserve">No </w:t>
            </w:r>
            <w:sdt>
              <w:sdtPr>
                <w:id w:val="-638496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16633" w:rsidRPr="00260F73" w14:paraId="4F6A290C" w14:textId="77777777" w:rsidTr="002E140B">
        <w:sdt>
          <w:sdtPr>
            <w:id w:val="1476033184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749" w:type="pct"/>
              </w:tcPr>
              <w:p w14:paraId="15160684" w14:textId="3068EB49" w:rsidR="00B16633" w:rsidRPr="00260F73" w:rsidRDefault="00B16633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9758554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722" w:type="pct"/>
              </w:tcPr>
              <w:p w14:paraId="0904B07A" w14:textId="20E4DB52" w:rsidR="00B16633" w:rsidRPr="00260F73" w:rsidRDefault="008360E8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896020294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818" w:type="pct"/>
              </w:tcPr>
              <w:p w14:paraId="13F2E67B" w14:textId="6B8E370A" w:rsidR="00B16633" w:rsidRPr="00260F73" w:rsidRDefault="008360E8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99177780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976" w:type="pct"/>
              </w:tcPr>
              <w:p w14:paraId="6880ABF6" w14:textId="4ACC01C9" w:rsidR="00B16633" w:rsidRPr="00260F73" w:rsidRDefault="008360E8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00342745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787" w:type="pct"/>
              </w:tcPr>
              <w:p w14:paraId="2B51EDCF" w14:textId="2ED958A4" w:rsidR="00B16633" w:rsidRPr="00260F73" w:rsidRDefault="008360E8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651296AA" w14:textId="77777777" w:rsidR="001B2E81" w:rsidRPr="00260F73" w:rsidRDefault="001B2E81" w:rsidP="001B2E81">
            <w:pPr>
              <w:jc w:val="center"/>
            </w:pPr>
            <w:r w:rsidRPr="00260F73">
              <w:t xml:space="preserve">Yes </w:t>
            </w:r>
            <w:sdt>
              <w:sdtPr>
                <w:id w:val="726732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11CF831" w14:textId="152AD978" w:rsidR="00B16633" w:rsidRPr="00260F73" w:rsidRDefault="001B2E81" w:rsidP="001B2E81">
            <w:pPr>
              <w:jc w:val="center"/>
            </w:pPr>
            <w:r w:rsidRPr="00260F73">
              <w:t xml:space="preserve">No </w:t>
            </w:r>
            <w:sdt>
              <w:sdtPr>
                <w:id w:val="1576017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874125203"/>
          <w15:repeatingSection/>
        </w:sdtPr>
        <w:sdtEndPr/>
        <w:sdtContent>
          <w:sdt>
            <w:sdtPr>
              <w:id w:val="-709956330"/>
              <w:placeholder>
                <w:docPart w:val="DefaultPlaceholder_-1854013435"/>
              </w:placeholder>
              <w15:repeatingSectionItem/>
            </w:sdtPr>
            <w:sdtEndPr/>
            <w:sdtContent>
              <w:tr w:rsidR="00B16633" w:rsidRPr="00260F73" w14:paraId="788C3D77" w14:textId="77777777" w:rsidTr="002E140B">
                <w:sdt>
                  <w:sdtPr>
                    <w:id w:val="1184713080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749" w:type="pct"/>
                      </w:tcPr>
                      <w:p w14:paraId="220FAB30" w14:textId="7FD7EF89" w:rsidR="00B16633" w:rsidRPr="00260F73" w:rsidRDefault="00B16633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783115795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722" w:type="pct"/>
                      </w:tcPr>
                      <w:p w14:paraId="4E270E41" w14:textId="6FFE7548" w:rsidR="00B16633" w:rsidRPr="00260F73" w:rsidRDefault="008360E8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958856168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818" w:type="pct"/>
                      </w:tcPr>
                      <w:p w14:paraId="4B5AA7D5" w14:textId="5AC470AA" w:rsidR="00B16633" w:rsidRPr="00260F73" w:rsidRDefault="008360E8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5542618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976" w:type="pct"/>
                      </w:tcPr>
                      <w:p w14:paraId="6FE57682" w14:textId="14E1A203" w:rsidR="00B16633" w:rsidRPr="00260F73" w:rsidRDefault="008360E8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2081815259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787" w:type="pct"/>
                      </w:tcPr>
                      <w:p w14:paraId="51005B27" w14:textId="43F9DC96" w:rsidR="00B16633" w:rsidRPr="00260F73" w:rsidRDefault="008360E8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948" w:type="pct"/>
                    <w:vAlign w:val="center"/>
                  </w:tcPr>
                  <w:p w14:paraId="68DBCCD3" w14:textId="77777777" w:rsidR="001B2E81" w:rsidRPr="00260F73" w:rsidRDefault="001B2E81" w:rsidP="001B2E81">
                    <w:pPr>
                      <w:jc w:val="center"/>
                    </w:pPr>
                    <w:r w:rsidRPr="00260F73">
                      <w:t xml:space="preserve">Yes </w:t>
                    </w:r>
                    <w:sdt>
                      <w:sdtPr>
                        <w:id w:val="133865995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5B5BFD0" w14:textId="718469B3" w:rsidR="00B16633" w:rsidRPr="00260F73" w:rsidRDefault="001B2E81" w:rsidP="001B2E81">
                    <w:pPr>
                      <w:jc w:val="center"/>
                    </w:pPr>
                    <w:r w:rsidRPr="00260F73">
                      <w:t xml:space="preserve">No </w:t>
                    </w:r>
                    <w:sdt>
                      <w:sdtPr>
                        <w:id w:val="-16224142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14AD253B" w14:textId="605439E4" w:rsidR="00214ECC" w:rsidRPr="008360E8" w:rsidRDefault="003729FB" w:rsidP="008360E8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  <w:lang w:val="en-US"/>
        </w:rPr>
      </w:pPr>
      <w:r w:rsidRPr="008360E8"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  <w:lang w:val="en-US"/>
        </w:rPr>
        <w:lastRenderedPageBreak/>
        <w:t>Clinical Employment History</w:t>
      </w:r>
    </w:p>
    <w:p w14:paraId="5179FB9C" w14:textId="1C1F9C5C" w:rsidR="00214ECC" w:rsidRPr="00260F73" w:rsidRDefault="003729FB">
      <w:r w:rsidRPr="00260F73">
        <w:t>(Reverse chronological order)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803"/>
      </w:tblGrid>
      <w:tr w:rsidR="002E140B" w:rsidRPr="00260F73" w14:paraId="2D16504D" w14:textId="77777777" w:rsidTr="00E70F08">
        <w:tc>
          <w:tcPr>
            <w:tcW w:w="9350" w:type="dxa"/>
            <w:gridSpan w:val="2"/>
          </w:tcPr>
          <w:p w14:paraId="57CB4B58" w14:textId="0FDCF66C" w:rsidR="002E140B" w:rsidRPr="00260F73" w:rsidRDefault="002E140B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-686753930"/>
                <w:placeholder>
                  <w:docPart w:val="AB27C8C8D90949D99B80C3BCC40C6DB1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97958" w:rsidRPr="00260F73" w14:paraId="20EAB3EC" w14:textId="77777777" w:rsidTr="002E140B">
        <w:tc>
          <w:tcPr>
            <w:tcW w:w="2547" w:type="dxa"/>
          </w:tcPr>
          <w:p w14:paraId="4C1371F0" w14:textId="773A0F9E" w:rsidR="00597958" w:rsidRPr="00260F73" w:rsidRDefault="002E140B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440499352"/>
            <w:placeholder>
              <w:docPart w:val="BE6BAA36B4CE46CCBA1107A2CA86328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2106E778" w14:textId="1DAEE8EA" w:rsidR="00597958" w:rsidRPr="00260F73" w:rsidRDefault="002E140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:rsidRPr="00260F73" w14:paraId="09CE63E9" w14:textId="77777777" w:rsidTr="002E140B">
        <w:tc>
          <w:tcPr>
            <w:tcW w:w="2547" w:type="dxa"/>
          </w:tcPr>
          <w:p w14:paraId="67052997" w14:textId="449E67BD" w:rsidR="00597958" w:rsidRPr="00260F73" w:rsidRDefault="002E140B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2124885619"/>
            <w:placeholder>
              <w:docPart w:val="98F3A9EE91754E259AFD2F141BD88EC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4C198349" w14:textId="208FC157" w:rsidR="00597958" w:rsidRPr="00260F73" w:rsidRDefault="002E140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:rsidRPr="00260F73" w14:paraId="423BA94B" w14:textId="77777777" w:rsidTr="002E140B">
        <w:tc>
          <w:tcPr>
            <w:tcW w:w="2547" w:type="dxa"/>
          </w:tcPr>
          <w:p w14:paraId="4DDB93B2" w14:textId="7F833D2D" w:rsidR="00597958" w:rsidRPr="00260F73" w:rsidRDefault="002E140B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1546410146"/>
            <w:placeholder>
              <w:docPart w:val="A562792367E244C2B52C13434E400DB2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7BBDFA63" w14:textId="4FCAA322" w:rsidR="00597958" w:rsidRPr="00260F73" w:rsidRDefault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97958" w:rsidRPr="00260F73" w14:paraId="6A2FA343" w14:textId="77777777" w:rsidTr="002E140B">
        <w:tc>
          <w:tcPr>
            <w:tcW w:w="2547" w:type="dxa"/>
          </w:tcPr>
          <w:p w14:paraId="05DA6982" w14:textId="689D0E30" w:rsidR="00597958" w:rsidRPr="00260F73" w:rsidRDefault="002E140B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-1410228021"/>
            <w:placeholder>
              <w:docPart w:val="7E217E49FF2B4BCCB4F3ACCCBA862056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270E49BD" w14:textId="7ED909CB" w:rsidR="00597958" w:rsidRPr="00260F73" w:rsidRDefault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3B6D8532" w14:textId="77777777" w:rsidTr="002E140B">
        <w:tc>
          <w:tcPr>
            <w:tcW w:w="2547" w:type="dxa"/>
            <w:vAlign w:val="center"/>
          </w:tcPr>
          <w:p w14:paraId="1A6FF483" w14:textId="5F5E73E1" w:rsidR="002E140B" w:rsidRPr="00260F73" w:rsidRDefault="002E140B" w:rsidP="002E140B">
            <w:proofErr w:type="gramStart"/>
            <w:r w:rsidRPr="00260F73">
              <w:rPr>
                <w:b/>
                <w:bCs/>
              </w:rPr>
              <w:t>Sub Specialty</w:t>
            </w:r>
            <w:proofErr w:type="gramEnd"/>
            <w:r w:rsidRPr="00260F73">
              <w:rPr>
                <w:b/>
                <w:bCs/>
              </w:rPr>
              <w:t xml:space="preserve"> (where applicable</w:t>
            </w:r>
          </w:p>
        </w:tc>
        <w:sdt>
          <w:sdtPr>
            <w:id w:val="1231271951"/>
            <w:placeholder>
              <w:docPart w:val="A6B6B6169038418C8F137F03A3BAC3E6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54041384" w14:textId="42470ED5" w:rsidR="002E140B" w:rsidRPr="00260F73" w:rsidRDefault="002E140B" w:rsidP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3223303B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60818E58" w14:textId="4F1E665E" w:rsidR="002E140B" w:rsidRPr="00260F73" w:rsidRDefault="002E140B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1542626127"/>
            <w:placeholder>
              <w:docPart w:val="BA84038C5BAB4BC98BCFD7720888F4EA"/>
            </w:placeholder>
            <w:showingPlcHdr/>
          </w:sdtPr>
          <w:sdtEndPr/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653EB7EF" w14:textId="1922AE72" w:rsidR="002E140B" w:rsidRPr="00260F73" w:rsidRDefault="002E140B" w:rsidP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75158259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7BB683" w14:textId="5ACA48B1" w:rsidR="002E140B" w:rsidRPr="00260F73" w:rsidRDefault="002E140B" w:rsidP="002E140B"/>
        </w:tc>
      </w:tr>
      <w:tr w:rsidR="002E140B" w:rsidRPr="00260F73" w14:paraId="11904FE7" w14:textId="77777777" w:rsidTr="00E70F08">
        <w:tc>
          <w:tcPr>
            <w:tcW w:w="9350" w:type="dxa"/>
            <w:gridSpan w:val="2"/>
          </w:tcPr>
          <w:p w14:paraId="17040DC0" w14:textId="78689A51" w:rsidR="002E140B" w:rsidRPr="00260F73" w:rsidRDefault="002E140B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-1236849598"/>
                <w:placeholder>
                  <w:docPart w:val="2A85F1BB5E59479D91B2E845B74103B1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E140B" w:rsidRPr="00260F73" w14:paraId="0D159708" w14:textId="77777777" w:rsidTr="002E140B">
        <w:tc>
          <w:tcPr>
            <w:tcW w:w="2547" w:type="dxa"/>
          </w:tcPr>
          <w:p w14:paraId="6855F987" w14:textId="77777777" w:rsidR="002E140B" w:rsidRPr="00260F73" w:rsidRDefault="002E140B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1122346841"/>
            <w:placeholder>
              <w:docPart w:val="734A0FEE22AB4D08A85FAFBB84445CB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45529B1E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E140B" w:rsidRPr="00260F73" w14:paraId="3FF24D13" w14:textId="77777777" w:rsidTr="002E140B">
        <w:tc>
          <w:tcPr>
            <w:tcW w:w="2547" w:type="dxa"/>
          </w:tcPr>
          <w:p w14:paraId="104FCC2D" w14:textId="77777777" w:rsidR="002E140B" w:rsidRPr="00260F73" w:rsidRDefault="002E140B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1682545086"/>
            <w:placeholder>
              <w:docPart w:val="3AE69983638E496B87E186B118E83D0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60588BA6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E140B" w:rsidRPr="00260F73" w14:paraId="15579743" w14:textId="77777777" w:rsidTr="002E140B">
        <w:tc>
          <w:tcPr>
            <w:tcW w:w="2547" w:type="dxa"/>
          </w:tcPr>
          <w:p w14:paraId="4D83AFB6" w14:textId="77777777" w:rsidR="002E140B" w:rsidRPr="00260F73" w:rsidRDefault="002E140B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2074315478"/>
            <w:placeholder>
              <w:docPart w:val="4E1B8BE8E635423EB269141E9E2912AC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4FF8C2D7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48B155F2" w14:textId="77777777" w:rsidTr="002E140B">
        <w:tc>
          <w:tcPr>
            <w:tcW w:w="2547" w:type="dxa"/>
          </w:tcPr>
          <w:p w14:paraId="5C52A10E" w14:textId="77777777" w:rsidR="002E140B" w:rsidRPr="00260F73" w:rsidRDefault="002E140B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2138367119"/>
            <w:placeholder>
              <w:docPart w:val="522C19E6AA2346A4966003129C441C2C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68F98D5F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090BAA34" w14:textId="77777777" w:rsidTr="002E140B">
        <w:tc>
          <w:tcPr>
            <w:tcW w:w="2547" w:type="dxa"/>
            <w:vAlign w:val="center"/>
          </w:tcPr>
          <w:p w14:paraId="563AF5FC" w14:textId="77777777" w:rsidR="002E140B" w:rsidRPr="00260F73" w:rsidRDefault="002E140B" w:rsidP="002E140B">
            <w:proofErr w:type="gramStart"/>
            <w:r w:rsidRPr="00260F73">
              <w:rPr>
                <w:b/>
                <w:bCs/>
              </w:rPr>
              <w:t>Sub Specialty</w:t>
            </w:r>
            <w:proofErr w:type="gramEnd"/>
            <w:r w:rsidRPr="00260F73">
              <w:rPr>
                <w:b/>
                <w:bCs/>
              </w:rPr>
              <w:t xml:space="preserve"> (where applicable</w:t>
            </w:r>
          </w:p>
        </w:tc>
        <w:sdt>
          <w:sdtPr>
            <w:id w:val="-1212111084"/>
            <w:placeholder>
              <w:docPart w:val="DC6DBC8E8B3947CB8F9195F36B67D85A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2EFBB2EB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1680F5A1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1F8D55A6" w14:textId="77777777" w:rsidR="002E140B" w:rsidRPr="00260F73" w:rsidRDefault="002E140B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274300943"/>
            <w:placeholder>
              <w:docPart w:val="49487EF4E50B45EF8F8DF0A58099CB09"/>
            </w:placeholder>
            <w:showingPlcHdr/>
          </w:sdtPr>
          <w:sdtEndPr/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0C1B8318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1CBA9A3D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5BE705" w14:textId="317F36DD" w:rsidR="002E140B" w:rsidRPr="00260F73" w:rsidRDefault="002E140B" w:rsidP="002E140B"/>
        </w:tc>
      </w:tr>
      <w:tr w:rsidR="008360E8" w:rsidRPr="00260F73" w14:paraId="0363CA70" w14:textId="77777777" w:rsidTr="00E70F08">
        <w:tc>
          <w:tcPr>
            <w:tcW w:w="9350" w:type="dxa"/>
            <w:gridSpan w:val="2"/>
          </w:tcPr>
          <w:p w14:paraId="43B149AA" w14:textId="3A2E3401" w:rsidR="008360E8" w:rsidRPr="00260F73" w:rsidRDefault="008360E8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339047675"/>
                <w:placeholder>
                  <w:docPart w:val="C07BC5EED812493CAB3BD374A7CB4D85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360E8" w:rsidRPr="00260F73" w14:paraId="2B1BC844" w14:textId="77777777" w:rsidTr="002E140B">
        <w:tc>
          <w:tcPr>
            <w:tcW w:w="2547" w:type="dxa"/>
          </w:tcPr>
          <w:p w14:paraId="2659EFB3" w14:textId="77777777" w:rsidR="008360E8" w:rsidRPr="00260F73" w:rsidRDefault="008360E8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287474565"/>
            <w:placeholder>
              <w:docPart w:val="3398294D209F4216B8489A8FD8D6657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634D64AA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360E8" w:rsidRPr="00260F73" w14:paraId="35BAA1FF" w14:textId="77777777" w:rsidTr="002E140B">
        <w:tc>
          <w:tcPr>
            <w:tcW w:w="2547" w:type="dxa"/>
          </w:tcPr>
          <w:p w14:paraId="63DEB1DE" w14:textId="77777777" w:rsidR="008360E8" w:rsidRPr="00260F73" w:rsidRDefault="008360E8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-377244382"/>
            <w:placeholder>
              <w:docPart w:val="8374E3260D8249BCB101ACCBADFA905B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715A7154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360E8" w:rsidRPr="00260F73" w14:paraId="7786F987" w14:textId="77777777" w:rsidTr="002E140B">
        <w:tc>
          <w:tcPr>
            <w:tcW w:w="2547" w:type="dxa"/>
          </w:tcPr>
          <w:p w14:paraId="53E57E7D" w14:textId="77777777" w:rsidR="008360E8" w:rsidRPr="00260F73" w:rsidRDefault="008360E8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1347903251"/>
            <w:placeholder>
              <w:docPart w:val="DE82DDF8619B4FB6B85E247B796EDC9B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26326CDC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60E8" w:rsidRPr="00260F73" w14:paraId="2FCD41AA" w14:textId="77777777" w:rsidTr="002E140B">
        <w:tc>
          <w:tcPr>
            <w:tcW w:w="2547" w:type="dxa"/>
          </w:tcPr>
          <w:p w14:paraId="101FA66F" w14:textId="77777777" w:rsidR="008360E8" w:rsidRPr="00260F73" w:rsidRDefault="008360E8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-1185123479"/>
            <w:placeholder>
              <w:docPart w:val="46D940DEC70B4715B4C393D1943471A8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2940A381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60E8" w:rsidRPr="00260F73" w14:paraId="4D9E2696" w14:textId="77777777" w:rsidTr="002E140B">
        <w:tc>
          <w:tcPr>
            <w:tcW w:w="2547" w:type="dxa"/>
            <w:vAlign w:val="center"/>
          </w:tcPr>
          <w:p w14:paraId="705CDA44" w14:textId="77777777" w:rsidR="008360E8" w:rsidRPr="00260F73" w:rsidRDefault="008360E8" w:rsidP="002E140B">
            <w:proofErr w:type="gramStart"/>
            <w:r w:rsidRPr="00260F73">
              <w:rPr>
                <w:b/>
                <w:bCs/>
              </w:rPr>
              <w:t>Sub Specialty</w:t>
            </w:r>
            <w:proofErr w:type="gramEnd"/>
            <w:r w:rsidRPr="00260F73">
              <w:rPr>
                <w:b/>
                <w:bCs/>
              </w:rPr>
              <w:t xml:space="preserve"> (where applicable</w:t>
            </w:r>
          </w:p>
        </w:tc>
        <w:sdt>
          <w:sdtPr>
            <w:id w:val="-869448886"/>
            <w:placeholder>
              <w:docPart w:val="3E0AB0A2B2674F00BEC8C26C54F72F3B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352E55CB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60E8" w:rsidRPr="00260F73" w14:paraId="3E0B2C88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473B1A2A" w14:textId="77777777" w:rsidR="008360E8" w:rsidRPr="00260F73" w:rsidRDefault="008360E8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-1051452289"/>
            <w:placeholder>
              <w:docPart w:val="87CD06D0D8E14EE39265D54698BD1199"/>
            </w:placeholder>
            <w:showingPlcHdr/>
          </w:sdtPr>
          <w:sdtEndPr/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416796A6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60E8" w:rsidRPr="00260F73" w14:paraId="2D0FD5E0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B82929" w14:textId="30800435" w:rsidR="008360E8" w:rsidRPr="00260F73" w:rsidRDefault="008360E8" w:rsidP="002E140B"/>
        </w:tc>
      </w:tr>
      <w:tr w:rsidR="008360E8" w:rsidRPr="00260F73" w14:paraId="3905D6A5" w14:textId="77777777" w:rsidTr="00E70F08">
        <w:tc>
          <w:tcPr>
            <w:tcW w:w="9350" w:type="dxa"/>
            <w:gridSpan w:val="2"/>
          </w:tcPr>
          <w:p w14:paraId="23A2D659" w14:textId="209B1374" w:rsidR="008360E8" w:rsidRPr="00260F73" w:rsidRDefault="008360E8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361558179"/>
                <w:placeholder>
                  <w:docPart w:val="B6B87C171B5A40AFBCB0A9A4EC45EFCE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360E8" w:rsidRPr="00260F73" w14:paraId="6806E2CA" w14:textId="77777777" w:rsidTr="002E140B">
        <w:tc>
          <w:tcPr>
            <w:tcW w:w="2547" w:type="dxa"/>
          </w:tcPr>
          <w:p w14:paraId="30084844" w14:textId="77777777" w:rsidR="008360E8" w:rsidRPr="00260F73" w:rsidRDefault="008360E8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-19016476"/>
            <w:placeholder>
              <w:docPart w:val="39A5173520B24CFBBAB0F047F70BE4C6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48C927C1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360E8" w:rsidRPr="00260F73" w14:paraId="64535A0B" w14:textId="77777777" w:rsidTr="002E140B">
        <w:tc>
          <w:tcPr>
            <w:tcW w:w="2547" w:type="dxa"/>
          </w:tcPr>
          <w:p w14:paraId="6B374AC1" w14:textId="77777777" w:rsidR="008360E8" w:rsidRPr="00260F73" w:rsidRDefault="008360E8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-1991706271"/>
            <w:placeholder>
              <w:docPart w:val="86E77320FF404DCFBDC8796D1B52653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433BB31E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360E8" w:rsidRPr="00260F73" w14:paraId="38B8F2F5" w14:textId="77777777" w:rsidTr="002E140B">
        <w:tc>
          <w:tcPr>
            <w:tcW w:w="2547" w:type="dxa"/>
          </w:tcPr>
          <w:p w14:paraId="6CB23129" w14:textId="77777777" w:rsidR="008360E8" w:rsidRPr="00260F73" w:rsidRDefault="008360E8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2016039346"/>
            <w:placeholder>
              <w:docPart w:val="FB0132211DB5461593A26F06D4D36ECF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0B14D195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60E8" w:rsidRPr="00260F73" w14:paraId="0815362C" w14:textId="77777777" w:rsidTr="002E140B">
        <w:tc>
          <w:tcPr>
            <w:tcW w:w="2547" w:type="dxa"/>
          </w:tcPr>
          <w:p w14:paraId="2A4D72D4" w14:textId="77777777" w:rsidR="008360E8" w:rsidRPr="00260F73" w:rsidRDefault="008360E8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1811282003"/>
            <w:placeholder>
              <w:docPart w:val="A48B3D68BA90427185C83E86084B855F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783AEFFA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60E8" w:rsidRPr="00260F73" w14:paraId="5DEC2BC4" w14:textId="77777777" w:rsidTr="002E140B">
        <w:tc>
          <w:tcPr>
            <w:tcW w:w="2547" w:type="dxa"/>
            <w:vAlign w:val="center"/>
          </w:tcPr>
          <w:p w14:paraId="30CBDC46" w14:textId="77777777" w:rsidR="008360E8" w:rsidRPr="00260F73" w:rsidRDefault="008360E8" w:rsidP="002E140B">
            <w:proofErr w:type="gramStart"/>
            <w:r w:rsidRPr="00260F73">
              <w:rPr>
                <w:b/>
                <w:bCs/>
              </w:rPr>
              <w:t>Sub Specialty</w:t>
            </w:r>
            <w:proofErr w:type="gramEnd"/>
            <w:r w:rsidRPr="00260F73">
              <w:rPr>
                <w:b/>
                <w:bCs/>
              </w:rPr>
              <w:t xml:space="preserve"> (where applicable</w:t>
            </w:r>
          </w:p>
        </w:tc>
        <w:sdt>
          <w:sdtPr>
            <w:id w:val="-151908857"/>
            <w:placeholder>
              <w:docPart w:val="C0E48B1C91D74B7D8A84A535D6358B9A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17CE3C4E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60E8" w:rsidRPr="00260F73" w14:paraId="277BBFB7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4857D738" w14:textId="77777777" w:rsidR="008360E8" w:rsidRPr="00260F73" w:rsidRDefault="008360E8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1922823697"/>
            <w:placeholder>
              <w:docPart w:val="8DF1F21E4CF040ECAA288B9A63498CC2"/>
            </w:placeholder>
            <w:showingPlcHdr/>
          </w:sdtPr>
          <w:sdtEndPr/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6CE85117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60E8" w:rsidRPr="00260F73" w14:paraId="4DF49B5C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7699BC" w14:textId="5E0C8018" w:rsidR="008360E8" w:rsidRPr="00260F73" w:rsidRDefault="008360E8" w:rsidP="002E140B"/>
        </w:tc>
      </w:tr>
      <w:tr w:rsidR="008360E8" w:rsidRPr="00260F73" w14:paraId="5F3B5400" w14:textId="77777777" w:rsidTr="00E70F08">
        <w:tc>
          <w:tcPr>
            <w:tcW w:w="9350" w:type="dxa"/>
            <w:gridSpan w:val="2"/>
          </w:tcPr>
          <w:p w14:paraId="16874A55" w14:textId="20FA5232" w:rsidR="008360E8" w:rsidRPr="00260F73" w:rsidRDefault="008360E8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1092902051"/>
                <w:placeholder>
                  <w:docPart w:val="259E062D09894DA58693C3A5B7324F79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360E8" w:rsidRPr="00260F73" w14:paraId="783CD3D6" w14:textId="77777777" w:rsidTr="002E140B">
        <w:tc>
          <w:tcPr>
            <w:tcW w:w="2547" w:type="dxa"/>
          </w:tcPr>
          <w:p w14:paraId="02127BE4" w14:textId="77777777" w:rsidR="008360E8" w:rsidRPr="00260F73" w:rsidRDefault="008360E8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831250456"/>
            <w:placeholder>
              <w:docPart w:val="9E7C7A329031433DB6B7FBAC7343375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1A277EEC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360E8" w:rsidRPr="00260F73" w14:paraId="4B0882F7" w14:textId="77777777" w:rsidTr="002E140B">
        <w:tc>
          <w:tcPr>
            <w:tcW w:w="2547" w:type="dxa"/>
          </w:tcPr>
          <w:p w14:paraId="5097C11C" w14:textId="77777777" w:rsidR="008360E8" w:rsidRPr="00260F73" w:rsidRDefault="008360E8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1540084697"/>
            <w:placeholder>
              <w:docPart w:val="A5932558AD5945329512A2C485DA0C81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68D83F7D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360E8" w:rsidRPr="00260F73" w14:paraId="5FAA61D8" w14:textId="77777777" w:rsidTr="002E140B">
        <w:tc>
          <w:tcPr>
            <w:tcW w:w="2547" w:type="dxa"/>
          </w:tcPr>
          <w:p w14:paraId="20950E6E" w14:textId="77777777" w:rsidR="008360E8" w:rsidRPr="00260F73" w:rsidRDefault="008360E8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-1836217268"/>
            <w:placeholder>
              <w:docPart w:val="BB68DED4A3D4418DAF2F437AD7C25DEA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11575D7E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60E8" w:rsidRPr="00260F73" w14:paraId="1B321C96" w14:textId="77777777" w:rsidTr="002E140B">
        <w:tc>
          <w:tcPr>
            <w:tcW w:w="2547" w:type="dxa"/>
          </w:tcPr>
          <w:p w14:paraId="267888B7" w14:textId="77777777" w:rsidR="008360E8" w:rsidRPr="00260F73" w:rsidRDefault="008360E8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-1802298644"/>
            <w:placeholder>
              <w:docPart w:val="3B39B648D4B54B73844195A2D89BBF28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7921A7DF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60E8" w:rsidRPr="00260F73" w14:paraId="7B2E440E" w14:textId="77777777" w:rsidTr="002E140B">
        <w:tc>
          <w:tcPr>
            <w:tcW w:w="2547" w:type="dxa"/>
            <w:vAlign w:val="center"/>
          </w:tcPr>
          <w:p w14:paraId="6C7F62A8" w14:textId="77777777" w:rsidR="008360E8" w:rsidRPr="00260F73" w:rsidRDefault="008360E8" w:rsidP="002E140B">
            <w:proofErr w:type="gramStart"/>
            <w:r w:rsidRPr="00260F73">
              <w:rPr>
                <w:b/>
                <w:bCs/>
              </w:rPr>
              <w:t>Sub Specialty</w:t>
            </w:r>
            <w:proofErr w:type="gramEnd"/>
            <w:r w:rsidRPr="00260F73">
              <w:rPr>
                <w:b/>
                <w:bCs/>
              </w:rPr>
              <w:t xml:space="preserve"> (where applicable</w:t>
            </w:r>
          </w:p>
        </w:tc>
        <w:sdt>
          <w:sdtPr>
            <w:id w:val="576175081"/>
            <w:placeholder>
              <w:docPart w:val="2DF49A007F5948C39D57A2354DC98E4B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6DF8C1C3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60E8" w:rsidRPr="00260F73" w14:paraId="371C9AEA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38F5D4C8" w14:textId="77777777" w:rsidR="008360E8" w:rsidRPr="00260F73" w:rsidRDefault="008360E8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1132365113"/>
            <w:placeholder>
              <w:docPart w:val="7D82338C372043EAAA2281308C49991D"/>
            </w:placeholder>
            <w:showingPlcHdr/>
          </w:sdtPr>
          <w:sdtEndPr/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49F0D4B2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60E8" w:rsidRPr="00260F73" w14:paraId="5EFA1F36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6FCC36" w14:textId="17681AE8" w:rsidR="008360E8" w:rsidRPr="00260F73" w:rsidRDefault="008360E8" w:rsidP="002E140B"/>
        </w:tc>
      </w:tr>
    </w:tbl>
    <w:p w14:paraId="3DA8E6E1" w14:textId="77777777" w:rsidR="00B908D2" w:rsidRDefault="00B908D2" w:rsidP="00B908D2">
      <w:pPr>
        <w:rPr>
          <w:lang w:val="en-US"/>
        </w:rPr>
      </w:pPr>
    </w:p>
    <w:p w14:paraId="6BFF8632" w14:textId="77777777" w:rsidR="008360E8" w:rsidRDefault="008360E8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  <w:lang w:val="en-US"/>
        </w:rPr>
      </w:pPr>
      <w: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  <w:lang w:val="en-US"/>
        </w:rPr>
        <w:br w:type="page"/>
      </w:r>
    </w:p>
    <w:p w14:paraId="7E316CF2" w14:textId="4AF9CB78" w:rsidR="00B908D2" w:rsidRDefault="00B908D2" w:rsidP="00B908D2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  <w:lang w:val="en-US"/>
        </w:rPr>
      </w:pPr>
      <w:r w:rsidRPr="00B908D2"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  <w:lang w:val="en-US"/>
        </w:rPr>
        <w:lastRenderedPageBreak/>
        <w:t xml:space="preserve">Audit &amp; Quality Improvement &amp; Research </w:t>
      </w:r>
    </w:p>
    <w:p w14:paraId="6D854DC5" w14:textId="333DE589" w:rsidR="00B908D2" w:rsidRPr="00B908D2" w:rsidRDefault="00B908D2" w:rsidP="00B908D2">
      <w:pPr>
        <w:rPr>
          <w:lang w:val="en-US"/>
        </w:rPr>
      </w:pPr>
      <w:r w:rsidRPr="00B908D2">
        <w:rPr>
          <w:lang w:val="en-US"/>
        </w:rPr>
        <w:t>(Narrative text outlining</w:t>
      </w:r>
      <w:r>
        <w:rPr>
          <w:lang w:val="en-US"/>
        </w:rPr>
        <w:t xml:space="preserve">: </w:t>
      </w:r>
      <w:r w:rsidRPr="00B908D2">
        <w:rPr>
          <w:lang w:val="en-US"/>
        </w:rPr>
        <w:t>title, role &amp; level of responsibility, outcome, supporting documentation)</w:t>
      </w:r>
    </w:p>
    <w:sdt>
      <w:sdtPr>
        <w:id w:val="-80068472"/>
        <w:placeholder>
          <w:docPart w:val="757FCEB593184E2CAFC9A63327EFB950"/>
        </w:placeholder>
        <w:showingPlcHdr/>
      </w:sdtPr>
      <w:sdtEndPr/>
      <w:sdtContent>
        <w:p w14:paraId="75A29372" w14:textId="7E9CEB09" w:rsidR="007C3707" w:rsidRPr="00260F73" w:rsidRDefault="00B908D2" w:rsidP="007C3707">
          <w:r w:rsidRPr="00E63D2E">
            <w:rPr>
              <w:rStyle w:val="PlaceholderText"/>
              <w:lang w:val="en-US"/>
            </w:rPr>
            <w:t>Click or tap here to enter text.</w:t>
          </w:r>
        </w:p>
      </w:sdtContent>
    </w:sdt>
    <w:p w14:paraId="4EEB3595" w14:textId="77777777" w:rsidR="00B908D2" w:rsidRDefault="00B908D2" w:rsidP="00B908D2">
      <w:pPr>
        <w:rPr>
          <w:lang w:val="en-US"/>
        </w:rPr>
      </w:pPr>
    </w:p>
    <w:p w14:paraId="63A473CC" w14:textId="77777777" w:rsidR="008360E8" w:rsidRDefault="008360E8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  <w:lang w:val="en-US"/>
        </w:rPr>
      </w:pPr>
      <w: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  <w:lang w:val="en-US"/>
        </w:rPr>
        <w:br w:type="page"/>
      </w:r>
    </w:p>
    <w:p w14:paraId="6AD230DF" w14:textId="44CC1091" w:rsidR="00B908D2" w:rsidRPr="00B908D2" w:rsidRDefault="00B908D2" w:rsidP="00B908D2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  <w:lang w:val="en-US"/>
        </w:rPr>
      </w:pPr>
      <w:r w:rsidRPr="00B908D2"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  <w:lang w:val="en-US"/>
        </w:rPr>
        <w:lastRenderedPageBreak/>
        <w:t>Publications / Poster / Presentations</w:t>
      </w:r>
    </w:p>
    <w:p w14:paraId="53AC02C4" w14:textId="77777777" w:rsidR="00B908D2" w:rsidRPr="00B908D2" w:rsidRDefault="00B908D2" w:rsidP="00B908D2">
      <w:pPr>
        <w:rPr>
          <w:lang w:val="en-US"/>
        </w:rPr>
      </w:pPr>
      <w:r w:rsidRPr="00B908D2">
        <w:rPr>
          <w:lang w:val="en-US"/>
        </w:rPr>
        <w:t>Publications, Presentations, Ongoing research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23"/>
        <w:gridCol w:w="6627"/>
      </w:tblGrid>
      <w:tr w:rsidR="00CD745A" w:rsidRPr="00260F73" w14:paraId="6F75DC21" w14:textId="77777777" w:rsidTr="00695860">
        <w:tc>
          <w:tcPr>
            <w:tcW w:w="9350" w:type="dxa"/>
            <w:gridSpan w:val="2"/>
          </w:tcPr>
          <w:p w14:paraId="59BAD478" w14:textId="0B411AB3" w:rsidR="00CD745A" w:rsidRPr="00015574" w:rsidRDefault="000A5F58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Title of item</w:t>
            </w:r>
            <w:r w:rsidR="00CD745A" w:rsidRPr="00015574">
              <w:rPr>
                <w:rFonts w:cs="Calibri"/>
                <w:b/>
                <w:bCs/>
                <w:szCs w:val="24"/>
              </w:rPr>
              <w:t xml:space="preserve">: </w:t>
            </w:r>
            <w:r w:rsidR="00A0792E" w:rsidRPr="00015574">
              <w:rPr>
                <w:rFonts w:cs="Calibri"/>
                <w:b/>
                <w:bCs/>
                <w:szCs w:val="24"/>
              </w:rPr>
              <w:tab/>
            </w:r>
            <w:r w:rsidR="00A0792E"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-870296156"/>
                <w:placeholder>
                  <w:docPart w:val="CA4E4ABAE5DA465E97A6237A7809538C"/>
                </w:placeholder>
                <w:showingPlcHdr/>
              </w:sdtPr>
              <w:sdtEndPr/>
              <w:sdtContent>
                <w:r w:rsidR="00CD745A"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CD745A" w:rsidRPr="00260F73" w14:paraId="769739CE" w14:textId="77777777" w:rsidTr="00CD745A">
        <w:tc>
          <w:tcPr>
            <w:tcW w:w="2723" w:type="dxa"/>
            <w:vAlign w:val="center"/>
          </w:tcPr>
          <w:p w14:paraId="178AC458" w14:textId="5D1CCCAF" w:rsidR="00CD745A" w:rsidRPr="00015574" w:rsidRDefault="00CD745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Role</w:t>
            </w:r>
            <w:r w:rsidR="00446759"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587663669"/>
            <w:placeholder>
              <w:docPart w:val="156AE4FD73954CA688AAE317B321396B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419B1C3D" w14:textId="3D84B998" w:rsidR="00CD745A" w:rsidRPr="00260F73" w:rsidRDefault="00CD745A" w:rsidP="00C7253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:rsidRPr="00260F73" w14:paraId="15DA0842" w14:textId="77777777" w:rsidTr="00CD745A">
        <w:tc>
          <w:tcPr>
            <w:tcW w:w="2723" w:type="dxa"/>
            <w:vAlign w:val="center"/>
          </w:tcPr>
          <w:p w14:paraId="22919863" w14:textId="34E53D17" w:rsidR="00CD745A" w:rsidRPr="00015574" w:rsidRDefault="00CD745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  <w:r w:rsidR="00446759"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2132510190"/>
            <w:placeholder>
              <w:docPart w:val="6D5A277E4DAE4119840AF2E2D970FC5F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468FCDE1" w14:textId="3348A058" w:rsidR="00CD745A" w:rsidRPr="00260F73" w:rsidRDefault="00CD745A" w:rsidP="00C7253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:rsidRPr="00260F73" w14:paraId="5D715A34" w14:textId="77777777" w:rsidTr="00CD745A">
        <w:tc>
          <w:tcPr>
            <w:tcW w:w="2723" w:type="dxa"/>
            <w:vAlign w:val="center"/>
          </w:tcPr>
          <w:p w14:paraId="687B8572" w14:textId="210F1637" w:rsidR="00CD745A" w:rsidRPr="00446759" w:rsidRDefault="00CD745A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DOI link </w:t>
            </w:r>
            <w:r w:rsidR="00015574" w:rsidRPr="00015574">
              <w:rPr>
                <w:rFonts w:cs="Calibri"/>
                <w:b/>
                <w:bCs/>
                <w:szCs w:val="24"/>
              </w:rPr>
              <w:t>(</w:t>
            </w:r>
            <w:r w:rsidRPr="00015574">
              <w:rPr>
                <w:rFonts w:cs="Calibri"/>
                <w:b/>
                <w:bCs/>
                <w:szCs w:val="24"/>
              </w:rPr>
              <w:t>where applicable</w:t>
            </w:r>
            <w:r w:rsidR="00015574" w:rsidRPr="00015574">
              <w:rPr>
                <w:rFonts w:cs="Calibri"/>
                <w:b/>
                <w:bCs/>
                <w:szCs w:val="24"/>
              </w:rPr>
              <w:t>)</w:t>
            </w:r>
            <w:r w:rsidR="00446759"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281088364"/>
            <w:placeholder>
              <w:docPart w:val="586FFECF142C4598987272C037E4807A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65BB4C77" w14:textId="59DC1FA6" w:rsidR="00CD745A" w:rsidRPr="00260F73" w:rsidRDefault="00CD745A" w:rsidP="00C7253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:rsidRPr="00260F73" w14:paraId="7E170BE8" w14:textId="77777777" w:rsidTr="00CD745A">
        <w:tc>
          <w:tcPr>
            <w:tcW w:w="2723" w:type="dxa"/>
            <w:vAlign w:val="center"/>
          </w:tcPr>
          <w:p w14:paraId="609E6916" w14:textId="5AD3F0BB" w:rsidR="00CD745A" w:rsidRPr="00015574" w:rsidRDefault="00CD745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  <w:r w:rsidR="00446759"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1721250372"/>
            <w:placeholder>
              <w:docPart w:val="0FB6E5FECABF45829BB384A56029A28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383255EC" w14:textId="595583B5" w:rsidR="00CD745A" w:rsidRPr="00260F73" w:rsidRDefault="00CD745A" w:rsidP="00C7253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B908D2" w:rsidRPr="00260F73" w14:paraId="62374A0C" w14:textId="77777777" w:rsidTr="00CD745A">
        <w:tc>
          <w:tcPr>
            <w:tcW w:w="2723" w:type="dxa"/>
            <w:vAlign w:val="center"/>
          </w:tcPr>
          <w:p w14:paraId="2EEAD556" w14:textId="03D18E5C" w:rsidR="00B908D2" w:rsidRPr="00015574" w:rsidRDefault="00726D0B" w:rsidP="00CD745A">
            <w:pPr>
              <w:rPr>
                <w:rFonts w:cs="Calibri"/>
                <w:b/>
                <w:bCs/>
                <w:szCs w:val="24"/>
              </w:rPr>
            </w:pPr>
            <w:r>
              <w:rPr>
                <w:rFonts w:cs="Calibri"/>
                <w:b/>
                <w:bCs/>
                <w:szCs w:val="24"/>
              </w:rPr>
              <w:t>Complete or Ongoing</w:t>
            </w:r>
          </w:p>
        </w:tc>
        <w:tc>
          <w:tcPr>
            <w:tcW w:w="6627" w:type="dxa"/>
          </w:tcPr>
          <w:p w14:paraId="74A5BBFB" w14:textId="29FF184C" w:rsidR="00B908D2" w:rsidRDefault="00726D0B" w:rsidP="00C7253B">
            <w:r>
              <w:t xml:space="preserve">Complete </w:t>
            </w:r>
            <w:sdt>
              <w:sdtPr>
                <w:id w:val="1230118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2070429" w14:textId="55245C0A" w:rsidR="00726D0B" w:rsidRDefault="00726D0B" w:rsidP="00C7253B">
            <w:r>
              <w:t xml:space="preserve">Ongoing </w:t>
            </w:r>
            <w:sdt>
              <w:sdtPr>
                <w:id w:val="-1328437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:rsidRPr="00260F73" w14:paraId="5C2CDB46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4AF9FBD7" w14:textId="2CFFB4CF" w:rsidR="00CD745A" w:rsidRPr="00015574" w:rsidRDefault="00CD745A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733F3DA5" w14:textId="295D5213" w:rsidR="00CD745A" w:rsidRPr="00260F73" w:rsidRDefault="00CD745A" w:rsidP="00CD745A">
            <w:r w:rsidRPr="00260F73">
              <w:t xml:space="preserve">Yes </w:t>
            </w:r>
            <w:sdt>
              <w:sdtPr>
                <w:id w:val="-1816093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080904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:rsidRPr="00260F73" w14:paraId="5C942432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EF3430" w14:textId="77777777" w:rsidR="00CD745A" w:rsidRPr="00260F73" w:rsidRDefault="00CD745A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B1F1C1" w14:textId="01FF0DF0" w:rsidR="00CD745A" w:rsidRPr="00260F73" w:rsidRDefault="00CD745A" w:rsidP="00CD745A"/>
        </w:tc>
      </w:tr>
      <w:tr w:rsidR="003713D2" w:rsidRPr="00260F73" w14:paraId="5A7BC055" w14:textId="77777777" w:rsidTr="00695860">
        <w:tc>
          <w:tcPr>
            <w:tcW w:w="9350" w:type="dxa"/>
            <w:gridSpan w:val="2"/>
          </w:tcPr>
          <w:p w14:paraId="08164C5A" w14:textId="09F0D94F" w:rsidR="003713D2" w:rsidRPr="00015574" w:rsidRDefault="003713D2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Title of item: </w:t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947045306"/>
                <w:placeholder>
                  <w:docPart w:val="2636CEBDA55446F2B898CE82D65A7F19"/>
                </w:placeholder>
                <w:showingPlcHdr/>
              </w:sdtPr>
              <w:sdtEndPr/>
              <w:sdtContent>
                <w:r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3713D2" w:rsidRPr="00260F73" w14:paraId="2145186D" w14:textId="77777777" w:rsidTr="00CD745A">
        <w:tc>
          <w:tcPr>
            <w:tcW w:w="2723" w:type="dxa"/>
            <w:vAlign w:val="center"/>
          </w:tcPr>
          <w:p w14:paraId="588E5A17" w14:textId="77777777" w:rsidR="003713D2" w:rsidRPr="00015574" w:rsidRDefault="003713D2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Role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544719331"/>
            <w:placeholder>
              <w:docPart w:val="B1AD7A19AFD34107A93F340107E987C9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6822FCB2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43DB2023" w14:textId="77777777" w:rsidTr="00CD745A">
        <w:tc>
          <w:tcPr>
            <w:tcW w:w="2723" w:type="dxa"/>
            <w:vAlign w:val="center"/>
          </w:tcPr>
          <w:p w14:paraId="72C6C651" w14:textId="77777777" w:rsidR="003713D2" w:rsidRPr="00015574" w:rsidRDefault="003713D2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706710911"/>
            <w:placeholder>
              <w:docPart w:val="886A75EF89754CCCA94133C3ED148370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4EB2FE85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6F06F30B" w14:textId="77777777" w:rsidTr="00CD745A">
        <w:tc>
          <w:tcPr>
            <w:tcW w:w="2723" w:type="dxa"/>
            <w:vAlign w:val="center"/>
          </w:tcPr>
          <w:p w14:paraId="486CC72A" w14:textId="77777777" w:rsidR="003713D2" w:rsidRPr="00446759" w:rsidRDefault="003713D2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DOI link (where applicable)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012066124"/>
            <w:placeholder>
              <w:docPart w:val="5ED57F54BA834AB1B5607992871117D0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1021780B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65F6EF2A" w14:textId="77777777" w:rsidTr="00CD745A">
        <w:tc>
          <w:tcPr>
            <w:tcW w:w="2723" w:type="dxa"/>
            <w:vAlign w:val="center"/>
          </w:tcPr>
          <w:p w14:paraId="78A6DDE9" w14:textId="77777777" w:rsidR="003713D2" w:rsidRPr="00015574" w:rsidRDefault="003713D2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295063232"/>
            <w:placeholder>
              <w:docPart w:val="6DFABCABA0B9461DA7D3E68645D5FAB7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349C29A8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26D0B" w:rsidRPr="00260F73" w14:paraId="6B1FB78D" w14:textId="77777777" w:rsidTr="00CD745A">
        <w:tc>
          <w:tcPr>
            <w:tcW w:w="2723" w:type="dxa"/>
            <w:vAlign w:val="center"/>
          </w:tcPr>
          <w:p w14:paraId="37FCD588" w14:textId="16AA1081" w:rsidR="00726D0B" w:rsidRPr="00015574" w:rsidRDefault="00726D0B" w:rsidP="00CD745A">
            <w:pPr>
              <w:rPr>
                <w:rFonts w:cs="Calibri"/>
                <w:b/>
                <w:bCs/>
                <w:szCs w:val="24"/>
              </w:rPr>
            </w:pPr>
            <w:r>
              <w:rPr>
                <w:rFonts w:cs="Calibri"/>
                <w:b/>
                <w:bCs/>
                <w:szCs w:val="24"/>
              </w:rPr>
              <w:t>Complete or Ongoing</w:t>
            </w:r>
          </w:p>
        </w:tc>
        <w:tc>
          <w:tcPr>
            <w:tcW w:w="6627" w:type="dxa"/>
          </w:tcPr>
          <w:p w14:paraId="3E18366C" w14:textId="77777777" w:rsidR="00726D0B" w:rsidRDefault="00726D0B" w:rsidP="00726D0B">
            <w:r>
              <w:t xml:space="preserve">Complete </w:t>
            </w:r>
            <w:sdt>
              <w:sdtPr>
                <w:id w:val="-2085833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7998847D" w14:textId="41EC93BE" w:rsidR="00726D0B" w:rsidRDefault="00726D0B" w:rsidP="00726D0B">
            <w:r>
              <w:t xml:space="preserve">Ongoing </w:t>
            </w:r>
            <w:sdt>
              <w:sdtPr>
                <w:id w:val="-1742940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713D2" w:rsidRPr="00260F73" w14:paraId="270147D2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2ED69CFE" w14:textId="77777777" w:rsidR="003713D2" w:rsidRPr="00015574" w:rsidRDefault="003713D2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7A519656" w14:textId="77777777" w:rsidR="003713D2" w:rsidRPr="00260F73" w:rsidRDefault="003713D2" w:rsidP="00CD745A">
            <w:r w:rsidRPr="00260F73">
              <w:t xml:space="preserve">Yes </w:t>
            </w:r>
            <w:sdt>
              <w:sdtPr>
                <w:id w:val="-564799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728506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713D2" w:rsidRPr="00260F73" w14:paraId="5C9E775F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2D1063" w14:textId="77777777" w:rsidR="003713D2" w:rsidRPr="00260F73" w:rsidRDefault="003713D2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DAA2A6" w14:textId="45D7FC24" w:rsidR="003713D2" w:rsidRPr="00260F73" w:rsidRDefault="003713D2" w:rsidP="00CD745A"/>
        </w:tc>
      </w:tr>
      <w:tr w:rsidR="008360E8" w:rsidRPr="00260F73" w14:paraId="6F5CCE2E" w14:textId="77777777" w:rsidTr="00695860">
        <w:tc>
          <w:tcPr>
            <w:tcW w:w="9350" w:type="dxa"/>
            <w:gridSpan w:val="2"/>
          </w:tcPr>
          <w:p w14:paraId="1226A38B" w14:textId="61D672ED" w:rsidR="008360E8" w:rsidRPr="00015574" w:rsidRDefault="008360E8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Title of item: </w:t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414439390"/>
                <w:placeholder>
                  <w:docPart w:val="F2E54D859E6A4DD78890FDB35E4F57DD"/>
                </w:placeholder>
                <w:showingPlcHdr/>
              </w:sdtPr>
              <w:sdtEndPr/>
              <w:sdtContent>
                <w:r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8360E8" w:rsidRPr="00260F73" w14:paraId="28F0F77F" w14:textId="77777777" w:rsidTr="00CD745A">
        <w:tc>
          <w:tcPr>
            <w:tcW w:w="2723" w:type="dxa"/>
            <w:vAlign w:val="center"/>
          </w:tcPr>
          <w:p w14:paraId="565EADE0" w14:textId="77777777" w:rsidR="008360E8" w:rsidRPr="00015574" w:rsidRDefault="008360E8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Role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238085935"/>
            <w:placeholder>
              <w:docPart w:val="172C49AD457B4581AF3EA2BAD8EDBAD1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09414B43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60E8" w:rsidRPr="00260F73" w14:paraId="2A7E354A" w14:textId="77777777" w:rsidTr="00CD745A">
        <w:tc>
          <w:tcPr>
            <w:tcW w:w="2723" w:type="dxa"/>
            <w:vAlign w:val="center"/>
          </w:tcPr>
          <w:p w14:paraId="3F5398C8" w14:textId="77777777" w:rsidR="008360E8" w:rsidRPr="00015574" w:rsidRDefault="008360E8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237679151"/>
            <w:placeholder>
              <w:docPart w:val="6A53A8EDFF1D47F9A888D78DB41E9B1B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0518FBBD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60E8" w:rsidRPr="00260F73" w14:paraId="3A993DB1" w14:textId="77777777" w:rsidTr="00CD745A">
        <w:tc>
          <w:tcPr>
            <w:tcW w:w="2723" w:type="dxa"/>
            <w:vAlign w:val="center"/>
          </w:tcPr>
          <w:p w14:paraId="46CF1121" w14:textId="77777777" w:rsidR="008360E8" w:rsidRPr="00446759" w:rsidRDefault="008360E8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DOI link (where applicable)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183873815"/>
            <w:placeholder>
              <w:docPart w:val="F4D6E54EF0DD4CD6947D76D0847C7252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10D0F024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60E8" w:rsidRPr="00260F73" w14:paraId="52AB28F9" w14:textId="77777777" w:rsidTr="00CD745A">
        <w:tc>
          <w:tcPr>
            <w:tcW w:w="2723" w:type="dxa"/>
            <w:vAlign w:val="center"/>
          </w:tcPr>
          <w:p w14:paraId="23E07403" w14:textId="77777777" w:rsidR="008360E8" w:rsidRPr="00015574" w:rsidRDefault="008360E8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305054338"/>
            <w:placeholder>
              <w:docPart w:val="B8EF3356DAE1482F91EF349627B95F1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74CF6038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360E8" w:rsidRPr="00260F73" w14:paraId="7A525167" w14:textId="77777777" w:rsidTr="00CD745A">
        <w:tc>
          <w:tcPr>
            <w:tcW w:w="2723" w:type="dxa"/>
            <w:vAlign w:val="center"/>
          </w:tcPr>
          <w:p w14:paraId="0B4FB034" w14:textId="77777777" w:rsidR="008360E8" w:rsidRPr="00015574" w:rsidRDefault="008360E8" w:rsidP="00CD745A">
            <w:pPr>
              <w:rPr>
                <w:rFonts w:cs="Calibri"/>
                <w:b/>
                <w:bCs/>
                <w:szCs w:val="24"/>
              </w:rPr>
            </w:pPr>
            <w:r>
              <w:rPr>
                <w:rFonts w:cs="Calibri"/>
                <w:b/>
                <w:bCs/>
                <w:szCs w:val="24"/>
              </w:rPr>
              <w:t>Complete or Ongoing</w:t>
            </w:r>
          </w:p>
        </w:tc>
        <w:tc>
          <w:tcPr>
            <w:tcW w:w="6627" w:type="dxa"/>
          </w:tcPr>
          <w:p w14:paraId="0B2762E8" w14:textId="77777777" w:rsidR="008360E8" w:rsidRDefault="008360E8" w:rsidP="00726D0B">
            <w:r>
              <w:t xml:space="preserve">Complete </w:t>
            </w:r>
            <w:sdt>
              <w:sdtPr>
                <w:id w:val="1303588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10A119C" w14:textId="77777777" w:rsidR="008360E8" w:rsidRDefault="008360E8" w:rsidP="00726D0B">
            <w:r>
              <w:t xml:space="preserve">Ongoing </w:t>
            </w:r>
            <w:sdt>
              <w:sdtPr>
                <w:id w:val="1011795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360E8" w:rsidRPr="00260F73" w14:paraId="446DB94C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4309E46A" w14:textId="77777777" w:rsidR="008360E8" w:rsidRPr="00015574" w:rsidRDefault="008360E8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lastRenderedPageBreak/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6D8C8F98" w14:textId="77777777" w:rsidR="008360E8" w:rsidRPr="00260F73" w:rsidRDefault="008360E8" w:rsidP="00CD745A">
            <w:r w:rsidRPr="00260F73">
              <w:t xml:space="preserve">Yes </w:t>
            </w:r>
            <w:sdt>
              <w:sdtPr>
                <w:id w:val="-21329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273558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360E8" w:rsidRPr="00260F73" w14:paraId="6B818CAA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6A74D9" w14:textId="77777777" w:rsidR="008360E8" w:rsidRPr="00260F73" w:rsidRDefault="008360E8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11734F" w14:textId="62A15212" w:rsidR="008360E8" w:rsidRPr="00260F73" w:rsidRDefault="008360E8" w:rsidP="00CD745A"/>
        </w:tc>
      </w:tr>
      <w:tr w:rsidR="008360E8" w:rsidRPr="00260F73" w14:paraId="67F1D9CA" w14:textId="77777777" w:rsidTr="00695860">
        <w:tc>
          <w:tcPr>
            <w:tcW w:w="9350" w:type="dxa"/>
            <w:gridSpan w:val="2"/>
          </w:tcPr>
          <w:p w14:paraId="583798E8" w14:textId="25BC4EA9" w:rsidR="008360E8" w:rsidRPr="00015574" w:rsidRDefault="008360E8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Title of item: </w:t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1703292812"/>
                <w:placeholder>
                  <w:docPart w:val="B0AAB9B3B32D4329A0839740E6982236"/>
                </w:placeholder>
                <w:showingPlcHdr/>
              </w:sdtPr>
              <w:sdtEndPr/>
              <w:sdtContent>
                <w:r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8360E8" w:rsidRPr="00260F73" w14:paraId="5E56FC24" w14:textId="77777777" w:rsidTr="00CD745A">
        <w:tc>
          <w:tcPr>
            <w:tcW w:w="2723" w:type="dxa"/>
            <w:vAlign w:val="center"/>
          </w:tcPr>
          <w:p w14:paraId="443D0E99" w14:textId="77777777" w:rsidR="008360E8" w:rsidRPr="00015574" w:rsidRDefault="008360E8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Role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1764409280"/>
            <w:placeholder>
              <w:docPart w:val="57042858523B4E579EF373F7FBEDA1A7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7565D2DA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60E8" w:rsidRPr="00260F73" w14:paraId="3FC452BB" w14:textId="77777777" w:rsidTr="00CD745A">
        <w:tc>
          <w:tcPr>
            <w:tcW w:w="2723" w:type="dxa"/>
            <w:vAlign w:val="center"/>
          </w:tcPr>
          <w:p w14:paraId="4A13D029" w14:textId="77777777" w:rsidR="008360E8" w:rsidRPr="00015574" w:rsidRDefault="008360E8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2089687367"/>
            <w:placeholder>
              <w:docPart w:val="6EDA99B1C36A453FA8B38A420D1096F3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7525A1FD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60E8" w:rsidRPr="00260F73" w14:paraId="4BAA19E8" w14:textId="77777777" w:rsidTr="00CD745A">
        <w:tc>
          <w:tcPr>
            <w:tcW w:w="2723" w:type="dxa"/>
            <w:vAlign w:val="center"/>
          </w:tcPr>
          <w:p w14:paraId="69A6B875" w14:textId="77777777" w:rsidR="008360E8" w:rsidRPr="00446759" w:rsidRDefault="008360E8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DOI link (where applicable)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122917559"/>
            <w:placeholder>
              <w:docPart w:val="2D32389FFCAC48C3A04E268B827AEE54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3BFF4941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60E8" w:rsidRPr="00260F73" w14:paraId="2A33C2F9" w14:textId="77777777" w:rsidTr="00CD745A">
        <w:tc>
          <w:tcPr>
            <w:tcW w:w="2723" w:type="dxa"/>
            <w:vAlign w:val="center"/>
          </w:tcPr>
          <w:p w14:paraId="57B0A435" w14:textId="77777777" w:rsidR="008360E8" w:rsidRPr="00015574" w:rsidRDefault="008360E8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912458048"/>
            <w:placeholder>
              <w:docPart w:val="0397EE4E1F294825BCF57FAE0F595BD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2E9877AC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360E8" w:rsidRPr="00260F73" w14:paraId="63975789" w14:textId="77777777" w:rsidTr="00CD745A">
        <w:tc>
          <w:tcPr>
            <w:tcW w:w="2723" w:type="dxa"/>
            <w:vAlign w:val="center"/>
          </w:tcPr>
          <w:p w14:paraId="1ECB9ADC" w14:textId="77777777" w:rsidR="008360E8" w:rsidRPr="00015574" w:rsidRDefault="008360E8" w:rsidP="00CD745A">
            <w:pPr>
              <w:rPr>
                <w:rFonts w:cs="Calibri"/>
                <w:b/>
                <w:bCs/>
                <w:szCs w:val="24"/>
              </w:rPr>
            </w:pPr>
            <w:r>
              <w:rPr>
                <w:rFonts w:cs="Calibri"/>
                <w:b/>
                <w:bCs/>
                <w:szCs w:val="24"/>
              </w:rPr>
              <w:t>Complete or Ongoing</w:t>
            </w:r>
          </w:p>
        </w:tc>
        <w:tc>
          <w:tcPr>
            <w:tcW w:w="6627" w:type="dxa"/>
          </w:tcPr>
          <w:p w14:paraId="04009995" w14:textId="77777777" w:rsidR="008360E8" w:rsidRDefault="008360E8" w:rsidP="00726D0B">
            <w:r>
              <w:t xml:space="preserve">Complete </w:t>
            </w:r>
            <w:sdt>
              <w:sdtPr>
                <w:id w:val="-336379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26108A53" w14:textId="77777777" w:rsidR="008360E8" w:rsidRDefault="008360E8" w:rsidP="00726D0B">
            <w:r>
              <w:t xml:space="preserve">Ongoing </w:t>
            </w:r>
            <w:sdt>
              <w:sdtPr>
                <w:id w:val="2032999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360E8" w:rsidRPr="00260F73" w14:paraId="7A794034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40060440" w14:textId="77777777" w:rsidR="008360E8" w:rsidRPr="00015574" w:rsidRDefault="008360E8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41DDF127" w14:textId="77777777" w:rsidR="008360E8" w:rsidRPr="00260F73" w:rsidRDefault="008360E8" w:rsidP="00CD745A">
            <w:r w:rsidRPr="00260F73">
              <w:t xml:space="preserve">Yes </w:t>
            </w:r>
            <w:sdt>
              <w:sdtPr>
                <w:id w:val="-1138573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609028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360E8" w:rsidRPr="00260F73" w14:paraId="2F35C9A0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8A0FF55" w14:textId="77777777" w:rsidR="008360E8" w:rsidRPr="00260F73" w:rsidRDefault="008360E8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701DD7" w14:textId="6A645275" w:rsidR="008360E8" w:rsidRPr="00260F73" w:rsidRDefault="008360E8" w:rsidP="00CD745A"/>
        </w:tc>
      </w:tr>
      <w:tr w:rsidR="008360E8" w:rsidRPr="00260F73" w14:paraId="4CF62C4B" w14:textId="77777777" w:rsidTr="00695860">
        <w:tc>
          <w:tcPr>
            <w:tcW w:w="9350" w:type="dxa"/>
            <w:gridSpan w:val="2"/>
          </w:tcPr>
          <w:p w14:paraId="6CECA155" w14:textId="49D7A675" w:rsidR="008360E8" w:rsidRPr="00015574" w:rsidRDefault="008360E8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Title of item: </w:t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332264584"/>
                <w:placeholder>
                  <w:docPart w:val="D687E5C369304B42972022464EEA8B12"/>
                </w:placeholder>
                <w:showingPlcHdr/>
              </w:sdtPr>
              <w:sdtEndPr/>
              <w:sdtContent>
                <w:r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8360E8" w:rsidRPr="00260F73" w14:paraId="1F188A98" w14:textId="77777777" w:rsidTr="00CD745A">
        <w:tc>
          <w:tcPr>
            <w:tcW w:w="2723" w:type="dxa"/>
            <w:vAlign w:val="center"/>
          </w:tcPr>
          <w:p w14:paraId="1B0E212D" w14:textId="77777777" w:rsidR="008360E8" w:rsidRPr="00015574" w:rsidRDefault="008360E8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Role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1731425655"/>
            <w:placeholder>
              <w:docPart w:val="0C87624F2071497B8D420065C9FF7016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081B6C5B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60E8" w:rsidRPr="00260F73" w14:paraId="7974EAC8" w14:textId="77777777" w:rsidTr="00CD745A">
        <w:tc>
          <w:tcPr>
            <w:tcW w:w="2723" w:type="dxa"/>
            <w:vAlign w:val="center"/>
          </w:tcPr>
          <w:p w14:paraId="0B89B127" w14:textId="77777777" w:rsidR="008360E8" w:rsidRPr="00015574" w:rsidRDefault="008360E8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576359172"/>
            <w:placeholder>
              <w:docPart w:val="BFF22397E7C34141B05BED7A86C61DDE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3C5DE708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60E8" w:rsidRPr="00260F73" w14:paraId="02E0F720" w14:textId="77777777" w:rsidTr="00CD745A">
        <w:tc>
          <w:tcPr>
            <w:tcW w:w="2723" w:type="dxa"/>
            <w:vAlign w:val="center"/>
          </w:tcPr>
          <w:p w14:paraId="155FE26F" w14:textId="77777777" w:rsidR="008360E8" w:rsidRPr="00446759" w:rsidRDefault="008360E8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DOI link (where applicable)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571653603"/>
            <w:placeholder>
              <w:docPart w:val="584ABED3CF714D25B42EB00EE2E1BEF7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1A7E85D5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360E8" w:rsidRPr="00260F73" w14:paraId="55607D8A" w14:textId="77777777" w:rsidTr="00CD745A">
        <w:tc>
          <w:tcPr>
            <w:tcW w:w="2723" w:type="dxa"/>
            <w:vAlign w:val="center"/>
          </w:tcPr>
          <w:p w14:paraId="0B7549B0" w14:textId="77777777" w:rsidR="008360E8" w:rsidRPr="00015574" w:rsidRDefault="008360E8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657520006"/>
            <w:placeholder>
              <w:docPart w:val="BDA3755EF5E74B6BACDB83C1E29A6B5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2D98AE39" w14:textId="77777777" w:rsidR="008360E8" w:rsidRPr="00260F73" w:rsidRDefault="008360E8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360E8" w:rsidRPr="00260F73" w14:paraId="1D2D756E" w14:textId="77777777" w:rsidTr="00CD745A">
        <w:tc>
          <w:tcPr>
            <w:tcW w:w="2723" w:type="dxa"/>
            <w:vAlign w:val="center"/>
          </w:tcPr>
          <w:p w14:paraId="71BCF49A" w14:textId="77777777" w:rsidR="008360E8" w:rsidRPr="00015574" w:rsidRDefault="008360E8" w:rsidP="00CD745A">
            <w:pPr>
              <w:rPr>
                <w:rFonts w:cs="Calibri"/>
                <w:b/>
                <w:bCs/>
                <w:szCs w:val="24"/>
              </w:rPr>
            </w:pPr>
            <w:r>
              <w:rPr>
                <w:rFonts w:cs="Calibri"/>
                <w:b/>
                <w:bCs/>
                <w:szCs w:val="24"/>
              </w:rPr>
              <w:t>Complete or Ongoing</w:t>
            </w:r>
          </w:p>
        </w:tc>
        <w:tc>
          <w:tcPr>
            <w:tcW w:w="6627" w:type="dxa"/>
          </w:tcPr>
          <w:p w14:paraId="7900BBD1" w14:textId="77777777" w:rsidR="008360E8" w:rsidRDefault="008360E8" w:rsidP="00726D0B">
            <w:r>
              <w:t xml:space="preserve">Complete </w:t>
            </w:r>
            <w:sdt>
              <w:sdtPr>
                <w:id w:val="-836994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2C323524" w14:textId="77777777" w:rsidR="008360E8" w:rsidRDefault="008360E8" w:rsidP="00726D0B">
            <w:r>
              <w:t xml:space="preserve">Ongoing </w:t>
            </w:r>
            <w:sdt>
              <w:sdtPr>
                <w:id w:val="-225378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360E8" w:rsidRPr="00260F73" w14:paraId="18F576E1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73FEBE25" w14:textId="77777777" w:rsidR="008360E8" w:rsidRPr="00015574" w:rsidRDefault="008360E8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0ED192B2" w14:textId="77777777" w:rsidR="008360E8" w:rsidRPr="00260F73" w:rsidRDefault="008360E8" w:rsidP="00CD745A">
            <w:r w:rsidRPr="00260F73">
              <w:t xml:space="preserve">Yes </w:t>
            </w:r>
            <w:sdt>
              <w:sdtPr>
                <w:id w:val="-982697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340506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360E8" w:rsidRPr="00260F73" w14:paraId="6A3DB0C5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DE62C4" w14:textId="77777777" w:rsidR="008360E8" w:rsidRPr="00260F73" w:rsidRDefault="008360E8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7FC88D" w14:textId="7444B783" w:rsidR="008360E8" w:rsidRPr="00260F73" w:rsidRDefault="008360E8" w:rsidP="00CD745A"/>
        </w:tc>
      </w:tr>
    </w:tbl>
    <w:p w14:paraId="4BE5FC64" w14:textId="77777777" w:rsidR="00726D0B" w:rsidRDefault="00726D0B" w:rsidP="00726D0B"/>
    <w:p w14:paraId="0B03BD5B" w14:textId="77777777" w:rsidR="008360E8" w:rsidRDefault="008360E8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01499F46" w14:textId="0B8867D3" w:rsidR="00214ECC" w:rsidRPr="00260F73" w:rsidRDefault="003729FB">
      <w:pPr>
        <w:pStyle w:val="Heading1"/>
      </w:pPr>
      <w:r w:rsidRPr="00260F73">
        <w:lastRenderedPageBreak/>
        <w:t xml:space="preserve">Teaching </w:t>
      </w:r>
      <w:r w:rsidR="00015574">
        <w:t>e</w:t>
      </w:r>
      <w:r w:rsidRPr="00260F73">
        <w:t>xperience</w:t>
      </w:r>
    </w:p>
    <w:p w14:paraId="5DACC0B3" w14:textId="55C36179" w:rsidR="00C7253B" w:rsidRDefault="00726D0B">
      <w:r>
        <w:t>I</w:t>
      </w:r>
      <w:r w:rsidRPr="00726D0B">
        <w:t>ncl</w:t>
      </w:r>
      <w:r>
        <w:t>ude</w:t>
      </w:r>
      <w:r w:rsidRPr="00726D0B">
        <w:t xml:space="preserve"> capability and experience with teaching roles and ability to teach others</w:t>
      </w:r>
    </w:p>
    <w:sdt>
      <w:sdtPr>
        <w:id w:val="1381902531"/>
        <w:placeholder>
          <w:docPart w:val="F4B39A8070A84184971C8E49480EB90B"/>
        </w:placeholder>
        <w:showingPlcHdr/>
      </w:sdtPr>
      <w:sdtEndPr/>
      <w:sdtContent>
        <w:p w14:paraId="0251002F" w14:textId="075A151D" w:rsidR="00726D0B" w:rsidRPr="00260F73" w:rsidRDefault="00726D0B">
          <w:r w:rsidRPr="00E63D2E">
            <w:rPr>
              <w:rStyle w:val="PlaceholderText"/>
              <w:lang w:val="en-US"/>
            </w:rPr>
            <w:t>Click or tap here to enter text.</w:t>
          </w:r>
        </w:p>
      </w:sdtContent>
    </w:sdt>
    <w:p w14:paraId="7A882F9A" w14:textId="77777777" w:rsidR="00E9708F" w:rsidRPr="00260F73" w:rsidRDefault="00E9708F"/>
    <w:p w14:paraId="59171476" w14:textId="5107C0BE" w:rsidR="00446759" w:rsidRDefault="00446759" w:rsidP="00446759">
      <w:pPr>
        <w:pStyle w:val="Heading1"/>
      </w:pPr>
      <w:r>
        <w:t>Leadership &amp; Management</w:t>
      </w:r>
    </w:p>
    <w:p w14:paraId="332A1E17" w14:textId="0AD1E9A3" w:rsidR="00726D0B" w:rsidRPr="00726D0B" w:rsidRDefault="00726D0B" w:rsidP="00726D0B">
      <w:pPr>
        <w:rPr>
          <w:lang w:val="en-US"/>
        </w:rPr>
      </w:pPr>
      <w:r>
        <w:rPr>
          <w:lang w:val="en-US"/>
        </w:rPr>
        <w:t>e.g.</w:t>
      </w:r>
      <w:r w:rsidRPr="00726D0B">
        <w:rPr>
          <w:lang w:val="en-US"/>
        </w:rPr>
        <w:t xml:space="preserve"> membership of hospital committees, examples of organizational skills / roles &amp; responsibilities within clinical services</w:t>
      </w:r>
    </w:p>
    <w:sdt>
      <w:sdtPr>
        <w:id w:val="-195615532"/>
        <w:placeholder>
          <w:docPart w:val="9380793E9EE044989EB44762814E78B6"/>
        </w:placeholder>
        <w:showingPlcHdr/>
      </w:sdtPr>
      <w:sdtEndPr/>
      <w:sdtContent>
        <w:p w14:paraId="2D21CD22" w14:textId="11FBDC37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23DABBFA" w14:textId="77777777" w:rsidR="00015574" w:rsidRDefault="00015574"/>
    <w:p w14:paraId="16397C46" w14:textId="77777777" w:rsidR="00726D0B" w:rsidRDefault="00726D0B"/>
    <w:p w14:paraId="35B14E7C" w14:textId="77777777" w:rsidR="00726D0B" w:rsidRPr="00726D0B" w:rsidRDefault="00726D0B" w:rsidP="00726D0B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  <w:lang w:val="en-US"/>
        </w:rPr>
      </w:pPr>
      <w:r w:rsidRPr="00726D0B"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  <w:lang w:val="en-US"/>
        </w:rPr>
        <w:t>Other relevant experience / achievements</w:t>
      </w:r>
    </w:p>
    <w:sdt>
      <w:sdtPr>
        <w:id w:val="-1459866788"/>
        <w:placeholder>
          <w:docPart w:val="3ED87B2022A34B2198DC2B217B191AF1"/>
        </w:placeholder>
        <w:showingPlcHdr/>
      </w:sdtPr>
      <w:sdtEndPr/>
      <w:sdtContent>
        <w:p w14:paraId="5BC1A269" w14:textId="52C68820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2D12A2C2" w14:textId="77777777" w:rsidR="00015574" w:rsidRDefault="00015574"/>
    <w:sectPr w:rsidR="00015574" w:rsidSect="001C17E4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68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F0262" w14:textId="77777777" w:rsidR="00EA1130" w:rsidRPr="00260F73" w:rsidRDefault="00EA1130" w:rsidP="001B2E81">
      <w:pPr>
        <w:spacing w:after="0" w:line="240" w:lineRule="auto"/>
      </w:pPr>
      <w:r w:rsidRPr="00260F73">
        <w:separator/>
      </w:r>
    </w:p>
  </w:endnote>
  <w:endnote w:type="continuationSeparator" w:id="0">
    <w:p w14:paraId="649F4B82" w14:textId="77777777" w:rsidR="00EA1130" w:rsidRPr="00260F73" w:rsidRDefault="00EA1130" w:rsidP="001B2E81">
      <w:pPr>
        <w:spacing w:after="0" w:line="240" w:lineRule="auto"/>
      </w:pPr>
      <w:r w:rsidRPr="00260F7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5802865"/>
      <w:docPartObj>
        <w:docPartGallery w:val="Page Numbers (Bottom of Page)"/>
        <w:docPartUnique/>
      </w:docPartObj>
    </w:sdtPr>
    <w:sdtEndPr/>
    <w:sdtContent>
      <w:p w14:paraId="7954CBEC" w14:textId="5E77B792" w:rsidR="007C3707" w:rsidRPr="00260F73" w:rsidRDefault="007C3707" w:rsidP="007C3707">
        <w:pPr>
          <w:pStyle w:val="Footer"/>
        </w:pPr>
        <w:r w:rsidRPr="00260F73">
          <w:tab/>
        </w:r>
        <w:r w:rsidRPr="00260F73">
          <w:tab/>
        </w:r>
        <w:r w:rsidRPr="00260F73">
          <w:fldChar w:fldCharType="begin"/>
        </w:r>
        <w:r w:rsidRPr="00260F73">
          <w:instrText xml:space="preserve"> PAGE   \* MERGEFORMAT </w:instrText>
        </w:r>
        <w:r w:rsidRPr="00260F73">
          <w:fldChar w:fldCharType="separate"/>
        </w:r>
        <w:r w:rsidRPr="00260F73">
          <w:t>2</w:t>
        </w:r>
        <w:r w:rsidRPr="00260F73"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D7E1E" w14:textId="43A246CF" w:rsidR="007C3707" w:rsidRPr="00260F73" w:rsidRDefault="007C370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3F892" w14:textId="77777777" w:rsidR="00EA1130" w:rsidRPr="00260F73" w:rsidRDefault="00EA1130" w:rsidP="001B2E81">
      <w:pPr>
        <w:spacing w:after="0" w:line="240" w:lineRule="auto"/>
      </w:pPr>
      <w:r w:rsidRPr="00260F73">
        <w:separator/>
      </w:r>
    </w:p>
  </w:footnote>
  <w:footnote w:type="continuationSeparator" w:id="0">
    <w:p w14:paraId="73907D5E" w14:textId="77777777" w:rsidR="00EA1130" w:rsidRPr="00260F73" w:rsidRDefault="00EA1130" w:rsidP="001B2E81">
      <w:pPr>
        <w:spacing w:after="0" w:line="240" w:lineRule="auto"/>
      </w:pPr>
      <w:r w:rsidRPr="00260F7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A380F" w14:textId="6B624152" w:rsidR="001B2E81" w:rsidRPr="00260F73" w:rsidRDefault="007C3707">
    <w:pPr>
      <w:pStyle w:val="Header"/>
    </w:pPr>
    <w:r w:rsidRPr="00260F73">
      <w:ptab w:relativeTo="margin" w:alignment="right" w:leader="none"/>
    </w:r>
    <w:r w:rsidRPr="00260F73">
      <w:t xml:space="preserve">RCPI HST Application CV: </w:t>
    </w:r>
    <w:r w:rsidR="00B908D2">
      <w:t>Medical Oncology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2179E" w14:textId="1FAA58A7" w:rsidR="001B2E81" w:rsidRPr="00260F73" w:rsidRDefault="00E90802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7282BCF" wp14:editId="2EB7A49F">
          <wp:simplePos x="0" y="0"/>
          <wp:positionH relativeFrom="column">
            <wp:posOffset>-628650</wp:posOffset>
          </wp:positionH>
          <wp:positionV relativeFrom="paragraph">
            <wp:posOffset>-196850</wp:posOffset>
          </wp:positionV>
          <wp:extent cx="2955251" cy="1044000"/>
          <wp:effectExtent l="0" t="0" r="0" b="3810"/>
          <wp:wrapTopAndBottom/>
          <wp:docPr id="114111245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1112451" name="Picture 114111245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55251" cy="104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8B0C3B"/>
    <w:multiLevelType w:val="hybridMultilevel"/>
    <w:tmpl w:val="CCD6AA8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4D49D1"/>
    <w:multiLevelType w:val="hybridMultilevel"/>
    <w:tmpl w:val="10A4B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B52007"/>
    <w:multiLevelType w:val="hybridMultilevel"/>
    <w:tmpl w:val="7E4CAD6C"/>
    <w:lvl w:ilvl="0" w:tplc="AD448DD2">
      <w:start w:val="1"/>
      <w:numFmt w:val="decimal"/>
      <w:lvlText w:val="%1."/>
      <w:lvlJc w:val="left"/>
      <w:pPr>
        <w:ind w:left="720" w:hanging="360"/>
      </w:pPr>
    </w:lvl>
    <w:lvl w:ilvl="1" w:tplc="304C2162">
      <w:start w:val="1"/>
      <w:numFmt w:val="lowerLetter"/>
      <w:lvlText w:val="%2."/>
      <w:lvlJc w:val="left"/>
      <w:pPr>
        <w:ind w:left="1440" w:hanging="360"/>
      </w:pPr>
    </w:lvl>
    <w:lvl w:ilvl="2" w:tplc="FCF0101E">
      <w:start w:val="1"/>
      <w:numFmt w:val="lowerRoman"/>
      <w:lvlText w:val="%3."/>
      <w:lvlJc w:val="right"/>
      <w:pPr>
        <w:ind w:left="2160" w:hanging="180"/>
      </w:pPr>
    </w:lvl>
    <w:lvl w:ilvl="3" w:tplc="BFDCED42">
      <w:start w:val="1"/>
      <w:numFmt w:val="decimal"/>
      <w:lvlText w:val="%4."/>
      <w:lvlJc w:val="left"/>
      <w:pPr>
        <w:ind w:left="2880" w:hanging="360"/>
      </w:pPr>
    </w:lvl>
    <w:lvl w:ilvl="4" w:tplc="9DA67E82">
      <w:start w:val="1"/>
      <w:numFmt w:val="lowerLetter"/>
      <w:lvlText w:val="%5."/>
      <w:lvlJc w:val="left"/>
      <w:pPr>
        <w:ind w:left="3600" w:hanging="360"/>
      </w:pPr>
    </w:lvl>
    <w:lvl w:ilvl="5" w:tplc="E46222B2">
      <w:start w:val="1"/>
      <w:numFmt w:val="lowerRoman"/>
      <w:lvlText w:val="%6."/>
      <w:lvlJc w:val="right"/>
      <w:pPr>
        <w:ind w:left="4320" w:hanging="180"/>
      </w:pPr>
    </w:lvl>
    <w:lvl w:ilvl="6" w:tplc="5FDA97E8">
      <w:start w:val="1"/>
      <w:numFmt w:val="decimal"/>
      <w:lvlText w:val="%7."/>
      <w:lvlJc w:val="left"/>
      <w:pPr>
        <w:ind w:left="5040" w:hanging="360"/>
      </w:pPr>
    </w:lvl>
    <w:lvl w:ilvl="7" w:tplc="22A0B658">
      <w:start w:val="1"/>
      <w:numFmt w:val="lowerLetter"/>
      <w:lvlText w:val="%8."/>
      <w:lvlJc w:val="left"/>
      <w:pPr>
        <w:ind w:left="5760" w:hanging="360"/>
      </w:pPr>
    </w:lvl>
    <w:lvl w:ilvl="8" w:tplc="F3A832D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24607B"/>
    <w:multiLevelType w:val="hybridMultilevel"/>
    <w:tmpl w:val="04B026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6536746"/>
    <w:multiLevelType w:val="hybridMultilevel"/>
    <w:tmpl w:val="1D66562E"/>
    <w:lvl w:ilvl="0" w:tplc="7FD6ABA4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BB0278A"/>
    <w:multiLevelType w:val="hybridMultilevel"/>
    <w:tmpl w:val="CCD6AA8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D944C34"/>
    <w:multiLevelType w:val="hybridMultilevel"/>
    <w:tmpl w:val="58460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52142C"/>
    <w:multiLevelType w:val="hybridMultilevel"/>
    <w:tmpl w:val="FF2CE1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31806701">
    <w:abstractNumId w:val="11"/>
  </w:num>
  <w:num w:numId="2" w16cid:durableId="1203786471">
    <w:abstractNumId w:val="8"/>
  </w:num>
  <w:num w:numId="3" w16cid:durableId="417601461">
    <w:abstractNumId w:val="6"/>
  </w:num>
  <w:num w:numId="4" w16cid:durableId="1775980722">
    <w:abstractNumId w:val="5"/>
  </w:num>
  <w:num w:numId="5" w16cid:durableId="228343893">
    <w:abstractNumId w:val="4"/>
  </w:num>
  <w:num w:numId="6" w16cid:durableId="2097943450">
    <w:abstractNumId w:val="7"/>
  </w:num>
  <w:num w:numId="7" w16cid:durableId="2109152698">
    <w:abstractNumId w:val="3"/>
  </w:num>
  <w:num w:numId="8" w16cid:durableId="1635867508">
    <w:abstractNumId w:val="2"/>
  </w:num>
  <w:num w:numId="9" w16cid:durableId="1632787737">
    <w:abstractNumId w:val="1"/>
  </w:num>
  <w:num w:numId="10" w16cid:durableId="645209773">
    <w:abstractNumId w:val="0"/>
  </w:num>
  <w:num w:numId="11" w16cid:durableId="1357002592">
    <w:abstractNumId w:val="10"/>
  </w:num>
  <w:num w:numId="12" w16cid:durableId="954025059">
    <w:abstractNumId w:val="12"/>
  </w:num>
  <w:num w:numId="13" w16cid:durableId="1694188166">
    <w:abstractNumId w:val="15"/>
  </w:num>
  <w:num w:numId="14" w16cid:durableId="889731661">
    <w:abstractNumId w:val="16"/>
  </w:num>
  <w:num w:numId="15" w16cid:durableId="323359985">
    <w:abstractNumId w:val="14"/>
  </w:num>
  <w:num w:numId="16" w16cid:durableId="1461606276">
    <w:abstractNumId w:val="9"/>
  </w:num>
  <w:num w:numId="17" w16cid:durableId="121939508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15574"/>
    <w:rsid w:val="00034616"/>
    <w:rsid w:val="00041DFE"/>
    <w:rsid w:val="0006063C"/>
    <w:rsid w:val="00081140"/>
    <w:rsid w:val="000834D5"/>
    <w:rsid w:val="000934D5"/>
    <w:rsid w:val="000A5F58"/>
    <w:rsid w:val="0015074B"/>
    <w:rsid w:val="001739F7"/>
    <w:rsid w:val="001872EB"/>
    <w:rsid w:val="001B2E81"/>
    <w:rsid w:val="001C17E4"/>
    <w:rsid w:val="00214ECC"/>
    <w:rsid w:val="002319B9"/>
    <w:rsid w:val="00232F78"/>
    <w:rsid w:val="00260F73"/>
    <w:rsid w:val="002931FF"/>
    <w:rsid w:val="0029639D"/>
    <w:rsid w:val="002C6D62"/>
    <w:rsid w:val="002D7D98"/>
    <w:rsid w:val="002E140B"/>
    <w:rsid w:val="00313E63"/>
    <w:rsid w:val="00326F90"/>
    <w:rsid w:val="003713D2"/>
    <w:rsid w:val="003729FB"/>
    <w:rsid w:val="00446759"/>
    <w:rsid w:val="004646B2"/>
    <w:rsid w:val="004929C5"/>
    <w:rsid w:val="004A41F5"/>
    <w:rsid w:val="004D6768"/>
    <w:rsid w:val="00547911"/>
    <w:rsid w:val="00597958"/>
    <w:rsid w:val="005A051B"/>
    <w:rsid w:val="006D0099"/>
    <w:rsid w:val="00726D0B"/>
    <w:rsid w:val="0075109E"/>
    <w:rsid w:val="007C0991"/>
    <w:rsid w:val="007C3707"/>
    <w:rsid w:val="007C7B3D"/>
    <w:rsid w:val="00801BD9"/>
    <w:rsid w:val="00821040"/>
    <w:rsid w:val="00821B93"/>
    <w:rsid w:val="008360E8"/>
    <w:rsid w:val="008525FA"/>
    <w:rsid w:val="00857D96"/>
    <w:rsid w:val="009A7B67"/>
    <w:rsid w:val="009E4AEB"/>
    <w:rsid w:val="00A0792E"/>
    <w:rsid w:val="00A36383"/>
    <w:rsid w:val="00A606A6"/>
    <w:rsid w:val="00AA1D8D"/>
    <w:rsid w:val="00AC164A"/>
    <w:rsid w:val="00B16633"/>
    <w:rsid w:val="00B47730"/>
    <w:rsid w:val="00B8038E"/>
    <w:rsid w:val="00B908D2"/>
    <w:rsid w:val="00BD4838"/>
    <w:rsid w:val="00C7253B"/>
    <w:rsid w:val="00C95D05"/>
    <w:rsid w:val="00CB0664"/>
    <w:rsid w:val="00CD745A"/>
    <w:rsid w:val="00D41E2C"/>
    <w:rsid w:val="00DA296B"/>
    <w:rsid w:val="00E5708D"/>
    <w:rsid w:val="00E84AF6"/>
    <w:rsid w:val="00E90802"/>
    <w:rsid w:val="00E9708F"/>
    <w:rsid w:val="00EA1130"/>
    <w:rsid w:val="00F211F0"/>
    <w:rsid w:val="00F277ED"/>
    <w:rsid w:val="00F4085D"/>
    <w:rsid w:val="00F54DC5"/>
    <w:rsid w:val="00F75C6A"/>
    <w:rsid w:val="00F85A62"/>
    <w:rsid w:val="00F94BC3"/>
    <w:rsid w:val="00F95107"/>
    <w:rsid w:val="00FC693F"/>
    <w:rsid w:val="013003D7"/>
    <w:rsid w:val="01D3084F"/>
    <w:rsid w:val="09148FBD"/>
    <w:rsid w:val="0985AE4E"/>
    <w:rsid w:val="0B73C59C"/>
    <w:rsid w:val="0CE122BF"/>
    <w:rsid w:val="0DD6B9FE"/>
    <w:rsid w:val="10E59C75"/>
    <w:rsid w:val="125B3369"/>
    <w:rsid w:val="14BE1E3E"/>
    <w:rsid w:val="15A496DB"/>
    <w:rsid w:val="19056071"/>
    <w:rsid w:val="1B5F724A"/>
    <w:rsid w:val="1FB809EA"/>
    <w:rsid w:val="232909D8"/>
    <w:rsid w:val="25CD4F7B"/>
    <w:rsid w:val="26990713"/>
    <w:rsid w:val="26C0C10D"/>
    <w:rsid w:val="2B3C14FD"/>
    <w:rsid w:val="2D96377B"/>
    <w:rsid w:val="300EB099"/>
    <w:rsid w:val="30BDFE8C"/>
    <w:rsid w:val="32EB38F7"/>
    <w:rsid w:val="34E9FE57"/>
    <w:rsid w:val="359F11C3"/>
    <w:rsid w:val="35DA3F28"/>
    <w:rsid w:val="3A056833"/>
    <w:rsid w:val="3A5730DD"/>
    <w:rsid w:val="3AEC04AB"/>
    <w:rsid w:val="3F5352D5"/>
    <w:rsid w:val="3FE541D5"/>
    <w:rsid w:val="42F16941"/>
    <w:rsid w:val="45164F2B"/>
    <w:rsid w:val="46B26368"/>
    <w:rsid w:val="48CBC21F"/>
    <w:rsid w:val="4BED656B"/>
    <w:rsid w:val="51B2FBD2"/>
    <w:rsid w:val="5D2E224B"/>
    <w:rsid w:val="623245C4"/>
    <w:rsid w:val="647F8E21"/>
    <w:rsid w:val="66FE928F"/>
    <w:rsid w:val="689C4EBD"/>
    <w:rsid w:val="6954CC0D"/>
    <w:rsid w:val="6EAD3D8D"/>
    <w:rsid w:val="6FFA73B0"/>
    <w:rsid w:val="771B880B"/>
    <w:rsid w:val="77B5CE6B"/>
    <w:rsid w:val="7ABB2A26"/>
    <w:rsid w:val="7B91232E"/>
    <w:rsid w:val="7C70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CA3D516"/>
  <w14:defaultImageDpi w14:val="330"/>
  <w15:docId w15:val="{AB873603-DE17-41F5-80D2-AB816BF9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633"/>
    <w:rPr>
      <w:rFonts w:ascii="Calibri" w:hAnsi="Calibri"/>
      <w:sz w:val="24"/>
      <w:lang w:val="en-I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C17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C17E4"/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1C17E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C17E4"/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729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29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29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9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9F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9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9F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211F0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4D6768"/>
    <w:rPr>
      <w:color w:val="666666"/>
    </w:rPr>
  </w:style>
  <w:style w:type="character" w:customStyle="1" w:styleId="Style1">
    <w:name w:val="Style1"/>
    <w:basedOn w:val="DefaultParagraphFont"/>
    <w:uiPriority w:val="1"/>
    <w:rsid w:val="004D6768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73B27-4766-44DE-B2C7-DC30E78096C6}"/>
      </w:docPartPr>
      <w:docPartBody>
        <w:p w:rsidR="004161F5" w:rsidRDefault="006239E1"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F4D6CB2241074A76A75ACE4A72F3BA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06D984-996F-4188-AD83-7436A5AE6724}"/>
      </w:docPartPr>
      <w:docPartBody>
        <w:p w:rsidR="004161F5" w:rsidRDefault="00E11CF0" w:rsidP="00E11CF0">
          <w:pPr>
            <w:pStyle w:val="F4D6CB2241074A76A75ACE4A72F3BAC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6BE9DD57B042A78E73AE6C65AB8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F4F7B-EAED-47D4-8B71-F4775D8F4544}"/>
      </w:docPartPr>
      <w:docPartBody>
        <w:p w:rsidR="004161F5" w:rsidRDefault="00E11CF0" w:rsidP="00E11CF0">
          <w:pPr>
            <w:pStyle w:val="5C6BE9DD57B042A78E73AE6C65AB81E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4FF17A7DD844238942618D220CA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E0032-1341-4D0F-B597-801AF050C595}"/>
      </w:docPartPr>
      <w:docPartBody>
        <w:p w:rsidR="004161F5" w:rsidRDefault="00E11CF0" w:rsidP="00E11CF0">
          <w:pPr>
            <w:pStyle w:val="B94FF17A7DD844238942618D220CAEE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8EF154077D4EC492E0AA02749775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CE277D-3252-4113-AC48-C899209A754F}"/>
      </w:docPartPr>
      <w:docPartBody>
        <w:p w:rsidR="004161F5" w:rsidRDefault="00E11CF0" w:rsidP="00E11CF0">
          <w:pPr>
            <w:pStyle w:val="758EF154077D4EC492E0AA02749775E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444590C5F4414E83C6454885D575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F436DA-3489-4320-8325-06E594784086}"/>
      </w:docPartPr>
      <w:docPartBody>
        <w:p w:rsidR="004161F5" w:rsidRDefault="00E11CF0" w:rsidP="00E11CF0">
          <w:pPr>
            <w:pStyle w:val="60444590C5F4414E83C6454885D5753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6DC268CB3744C7AF90E558EFABE7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76E13A-442E-4E8D-AA90-5CA24E1A2261}"/>
      </w:docPartPr>
      <w:docPartBody>
        <w:p w:rsidR="004161F5" w:rsidRDefault="00E11CF0" w:rsidP="00E11CF0">
          <w:pPr>
            <w:pStyle w:val="096DC268CB3744C7AF90E558EFABE7F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EE3227410F4460A6706019F0858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D13660-F959-4A4E-ACCD-65148B842725}"/>
      </w:docPartPr>
      <w:docPartBody>
        <w:p w:rsidR="004161F5" w:rsidRDefault="00E11CF0" w:rsidP="00E11CF0">
          <w:pPr>
            <w:pStyle w:val="16EE3227410F4460A6706019F08584B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C6ADD19D0A4F7F9AA8A8D4CCB137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D5B49-E395-4B75-9078-B586EE5C441E}"/>
      </w:docPartPr>
      <w:docPartBody>
        <w:p w:rsidR="004161F5" w:rsidRDefault="00E11CF0" w:rsidP="00E11CF0">
          <w:pPr>
            <w:pStyle w:val="35C6ADD19D0A4F7F9AA8A8D4CCB1374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D4EFDEB46F4DD3B07D7D864B6EAE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E21FFA-1B3A-40C3-A3FC-DC043194BF35}"/>
      </w:docPartPr>
      <w:docPartBody>
        <w:p w:rsidR="004161F5" w:rsidRDefault="00E11CF0" w:rsidP="00E11CF0">
          <w:pPr>
            <w:pStyle w:val="0AD4EFDEB46F4DD3B07D7D864B6EAEB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69D259CE28476AA1EB44B74A93B0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996CCC-E867-4E95-91D1-688A9161C977}"/>
      </w:docPartPr>
      <w:docPartBody>
        <w:p w:rsidR="004161F5" w:rsidRDefault="00E11CF0" w:rsidP="00E11CF0">
          <w:pPr>
            <w:pStyle w:val="C969D259CE28476AA1EB44B74A93B0D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63D3241B974CB9999FF0EC5B4E2B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62E07F-4AE9-4D0D-A78D-9F30A789EEBF}"/>
      </w:docPartPr>
      <w:docPartBody>
        <w:p w:rsidR="004161F5" w:rsidRDefault="00E11CF0" w:rsidP="00E11CF0">
          <w:pPr>
            <w:pStyle w:val="4163D3241B974CB9999FF0EC5B4E2B2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495584885745569DDCF4FEC1482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29761-65B4-40B4-8D59-62FC7BDC1D80}"/>
      </w:docPartPr>
      <w:docPartBody>
        <w:p w:rsidR="004161F5" w:rsidRDefault="00E11CF0" w:rsidP="00E11CF0">
          <w:pPr>
            <w:pStyle w:val="89495584885745569DDCF4FEC1482D05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C6F6902A3B4D4CA7D745FDDA70B6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0C5269-6BC0-4E87-AF90-388993DC23A2}"/>
      </w:docPartPr>
      <w:docPartBody>
        <w:p w:rsidR="004161F5" w:rsidRDefault="00E11CF0" w:rsidP="00E11CF0">
          <w:pPr>
            <w:pStyle w:val="66C6F6902A3B4D4CA7D745FDDA70B68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D965A9EE694FECADF2476D720E7B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494C3C-F041-4984-AA6E-E0EA6A8C6F70}"/>
      </w:docPartPr>
      <w:docPartBody>
        <w:p w:rsidR="004161F5" w:rsidRDefault="00E11CF0" w:rsidP="00E11CF0">
          <w:pPr>
            <w:pStyle w:val="4CD965A9EE694FECADF2476D720E7B6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E232A6ADC042DB884957F020A92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097FA8-BB4E-41CD-B6D7-9908A8EB60FD}"/>
      </w:docPartPr>
      <w:docPartBody>
        <w:p w:rsidR="004161F5" w:rsidRDefault="00E11CF0" w:rsidP="00E11CF0">
          <w:pPr>
            <w:pStyle w:val="09E232A6ADC042DB884957F020A929B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F7FD3C5E5C4C0992D419903A5ACD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E0D55-BED0-4FEA-8D33-AE1441A65F99}"/>
      </w:docPartPr>
      <w:docPartBody>
        <w:p w:rsidR="004161F5" w:rsidRDefault="00E11CF0" w:rsidP="00E11CF0">
          <w:pPr>
            <w:pStyle w:val="3DF7FD3C5E5C4C0992D419903A5ACDD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7F90F891404138BEF4C8B0986FE7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A60B8-E470-4127-A5B4-873BBF17DD31}"/>
      </w:docPartPr>
      <w:docPartBody>
        <w:p w:rsidR="004161F5" w:rsidRDefault="00E11CF0" w:rsidP="00E11CF0">
          <w:pPr>
            <w:pStyle w:val="657F90F891404138BEF4C8B0986FE70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113B8A854441D682CE5AC80AFB0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B38CB9-2DDF-42F9-A31F-4D2754EDDF19}"/>
      </w:docPartPr>
      <w:docPartBody>
        <w:p w:rsidR="004161F5" w:rsidRDefault="00E11CF0" w:rsidP="00E11CF0">
          <w:pPr>
            <w:pStyle w:val="C9113B8A854441D682CE5AC80AFB086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F5175B57004446843F4F317C13BE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BD9BF7-596D-466C-85B2-187839F777C4}"/>
      </w:docPartPr>
      <w:docPartBody>
        <w:p w:rsidR="004161F5" w:rsidRDefault="00E11CF0" w:rsidP="00E11CF0">
          <w:pPr>
            <w:pStyle w:val="E3F5175B57004446843F4F317C13BE7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CADD3637F3476CAEF2795719E30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1C9D11-0987-4FAD-9B17-E23F574D16FE}"/>
      </w:docPartPr>
      <w:docPartBody>
        <w:p w:rsidR="004161F5" w:rsidRDefault="00E11CF0" w:rsidP="00E11CF0">
          <w:pPr>
            <w:pStyle w:val="74CADD3637F3476CAEF2795719E307A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2E25C8BD59485F83A4E1A3EB66C1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78445E-FB06-421F-8F3E-82635DF5DD87}"/>
      </w:docPartPr>
      <w:docPartBody>
        <w:p w:rsidR="004161F5" w:rsidRDefault="00E11CF0" w:rsidP="00E11CF0">
          <w:pPr>
            <w:pStyle w:val="6E2E25C8BD59485F83A4E1A3EB66C1C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DFFF9D18954E1993F5C0789B03E1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ACF19C-3772-49DC-928C-8678FE964B3A}"/>
      </w:docPartPr>
      <w:docPartBody>
        <w:p w:rsidR="004161F5" w:rsidRDefault="00E11CF0" w:rsidP="00E11CF0">
          <w:pPr>
            <w:pStyle w:val="CADFFF9D18954E1993F5C0789B03E17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2FF4CA11794B8A841DB2220DF10E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E1A22-8CF0-4C92-B742-0B28EE306AA7}"/>
      </w:docPartPr>
      <w:docPartBody>
        <w:p w:rsidR="004161F5" w:rsidRDefault="00E11CF0" w:rsidP="00E11CF0">
          <w:pPr>
            <w:pStyle w:val="872FF4CA11794B8A841DB2220DF10EA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97BD512F134974B65EC5CE1A1FF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E046DF-0E89-4173-ABB4-0DF853182A25}"/>
      </w:docPartPr>
      <w:docPartBody>
        <w:p w:rsidR="004161F5" w:rsidRDefault="00E11CF0" w:rsidP="00E11CF0">
          <w:pPr>
            <w:pStyle w:val="4E97BD512F134974B65EC5CE1A1FFA5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C24FC1DD4E4C25906C3761C0E44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BFC25A-1106-431C-A300-2D25188900C2}"/>
      </w:docPartPr>
      <w:docPartBody>
        <w:p w:rsidR="004161F5" w:rsidRDefault="00E11CF0" w:rsidP="00E11CF0">
          <w:pPr>
            <w:pStyle w:val="43C24FC1DD4E4C25906C3761C0E444F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5B51F8A20C49259CB13015EB121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397F9A-6A64-42B5-9CB9-AB1F40B96597}"/>
      </w:docPartPr>
      <w:docPartBody>
        <w:p w:rsidR="004161F5" w:rsidRDefault="00E11CF0" w:rsidP="00E11CF0">
          <w:pPr>
            <w:pStyle w:val="6E5B51F8A20C49259CB13015EB12138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A81B7FEB124004A04A95F11ADBD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9E7ECD-8C01-4AF7-AFEA-B0800360660B}"/>
      </w:docPartPr>
      <w:docPartBody>
        <w:p w:rsidR="004161F5" w:rsidRDefault="00E11CF0" w:rsidP="00E11CF0">
          <w:pPr>
            <w:pStyle w:val="ACA81B7FEB124004A04A95F11ADBD7A7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27C8C8D90949D99B80C3BCC40C6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9C572-48A3-4B5B-A698-D70BF3B8EE4F}"/>
      </w:docPartPr>
      <w:docPartBody>
        <w:p w:rsidR="004161F5" w:rsidRDefault="00E11CF0" w:rsidP="00E11CF0">
          <w:pPr>
            <w:pStyle w:val="AB27C8C8D90949D99B80C3BCC40C6DB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6BAA36B4CE46CCBA1107A2CA863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091F43-6FB5-4DE3-90BA-1F5CB1BE177C}"/>
      </w:docPartPr>
      <w:docPartBody>
        <w:p w:rsidR="004161F5" w:rsidRDefault="00E11CF0" w:rsidP="00E11CF0">
          <w:pPr>
            <w:pStyle w:val="BE6BAA36B4CE46CCBA1107A2CA86328D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98F3A9EE91754E259AFD2F141BD88E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B84782-090E-4202-89A3-7460A328DBC9}"/>
      </w:docPartPr>
      <w:docPartBody>
        <w:p w:rsidR="004161F5" w:rsidRDefault="00E11CF0" w:rsidP="00E11CF0">
          <w:pPr>
            <w:pStyle w:val="98F3A9EE91754E259AFD2F141BD88EC3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A562792367E244C2B52C13434E400D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BC04D-AA94-4DEA-B6F9-D2C7FDD19880}"/>
      </w:docPartPr>
      <w:docPartBody>
        <w:p w:rsidR="004161F5" w:rsidRDefault="00E11CF0" w:rsidP="00E11CF0">
          <w:pPr>
            <w:pStyle w:val="A562792367E244C2B52C13434E400DB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217E49FF2B4BCCB4F3ACCCBA862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E59D7B-E3FE-4D7D-8A48-537138D4823B}"/>
      </w:docPartPr>
      <w:docPartBody>
        <w:p w:rsidR="004161F5" w:rsidRDefault="00E11CF0" w:rsidP="00E11CF0">
          <w:pPr>
            <w:pStyle w:val="7E217E49FF2B4BCCB4F3ACCCBA86205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B6B6169038418C8F137F03A3BAC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87BEC-2A59-4383-B98F-182EA6BFABD0}"/>
      </w:docPartPr>
      <w:docPartBody>
        <w:p w:rsidR="004161F5" w:rsidRDefault="00E11CF0" w:rsidP="00E11CF0">
          <w:pPr>
            <w:pStyle w:val="A6B6B6169038418C8F137F03A3BAC3E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84038C5BAB4BC98BCFD7720888F4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C7E6F5-D38E-4E1B-B3B1-04EFC4E90A7F}"/>
      </w:docPartPr>
      <w:docPartBody>
        <w:p w:rsidR="004161F5" w:rsidRDefault="00E11CF0" w:rsidP="00E11CF0">
          <w:pPr>
            <w:pStyle w:val="BA84038C5BAB4BC98BCFD7720888F4E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85F1BB5E59479D91B2E845B74103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F6E3BA-30FF-46D0-B7D0-83FCC66A2AA1}"/>
      </w:docPartPr>
      <w:docPartBody>
        <w:p w:rsidR="004161F5" w:rsidRDefault="00E11CF0" w:rsidP="00E11CF0">
          <w:pPr>
            <w:pStyle w:val="2A85F1BB5E59479D91B2E845B74103B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4A0FEE22AB4D08A85FAFBB84445C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DDBE88-E99F-4792-9E9A-42C68B064E9A}"/>
      </w:docPartPr>
      <w:docPartBody>
        <w:p w:rsidR="004161F5" w:rsidRDefault="00E11CF0" w:rsidP="00E11CF0">
          <w:pPr>
            <w:pStyle w:val="734A0FEE22AB4D08A85FAFBB84445CB9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3AE69983638E496B87E186B118E83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0A5A97-697E-41AB-AC27-9442240C6BC5}"/>
      </w:docPartPr>
      <w:docPartBody>
        <w:p w:rsidR="004161F5" w:rsidRDefault="00E11CF0" w:rsidP="00E11CF0">
          <w:pPr>
            <w:pStyle w:val="3AE69983638E496B87E186B118E83D05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4E1B8BE8E635423EB269141E9E2912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F44324-33D8-4AD5-BC47-777873C12F19}"/>
      </w:docPartPr>
      <w:docPartBody>
        <w:p w:rsidR="004161F5" w:rsidRDefault="00E11CF0" w:rsidP="00E11CF0">
          <w:pPr>
            <w:pStyle w:val="4E1B8BE8E635423EB269141E9E2912A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2C19E6AA2346A4966003129C441C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F70BCF-6F6C-429F-8953-A4366B1ADB4B}"/>
      </w:docPartPr>
      <w:docPartBody>
        <w:p w:rsidR="004161F5" w:rsidRDefault="00E11CF0" w:rsidP="00E11CF0">
          <w:pPr>
            <w:pStyle w:val="522C19E6AA2346A4966003129C441C2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6DBC8E8B3947CB8F9195F36B67D8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1466C3-0938-40F3-B80E-AC752137F2CD}"/>
      </w:docPartPr>
      <w:docPartBody>
        <w:p w:rsidR="004161F5" w:rsidRDefault="00E11CF0" w:rsidP="00E11CF0">
          <w:pPr>
            <w:pStyle w:val="DC6DBC8E8B3947CB8F9195F36B67D85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487EF4E50B45EF8F8DF0A58099CB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83BE07-E9E5-44D9-9E25-682D3147F98A}"/>
      </w:docPartPr>
      <w:docPartBody>
        <w:p w:rsidR="004161F5" w:rsidRDefault="00E11CF0" w:rsidP="00E11CF0">
          <w:pPr>
            <w:pStyle w:val="49487EF4E50B45EF8F8DF0A58099CB0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4E4ABAE5DA465E97A6237A780953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D22589-F299-4C9E-863D-694D8BA5F36C}"/>
      </w:docPartPr>
      <w:docPartBody>
        <w:p w:rsidR="004161F5" w:rsidRDefault="00E11CF0" w:rsidP="00E11CF0">
          <w:pPr>
            <w:pStyle w:val="CA4E4ABAE5DA465E97A6237A7809538C1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156AE4FD73954CA688AAE317B32139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A54D89-F76C-4B3C-8579-EA2E8196A733}"/>
      </w:docPartPr>
      <w:docPartBody>
        <w:p w:rsidR="004161F5" w:rsidRDefault="00E11CF0" w:rsidP="00E11CF0">
          <w:pPr>
            <w:pStyle w:val="156AE4FD73954CA688AAE317B321396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5A277E4DAE4119840AF2E2D970F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D2EF1-8C4B-40AD-A1A3-1058D7398D87}"/>
      </w:docPartPr>
      <w:docPartBody>
        <w:p w:rsidR="004161F5" w:rsidRDefault="00E11CF0" w:rsidP="00E11CF0">
          <w:pPr>
            <w:pStyle w:val="6D5A277E4DAE4119840AF2E2D970FC5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6FFECF142C4598987272C037E480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FFF58-CD8B-47CA-9A92-700D5D4B22EB}"/>
      </w:docPartPr>
      <w:docPartBody>
        <w:p w:rsidR="004161F5" w:rsidRDefault="00E11CF0" w:rsidP="00E11CF0">
          <w:pPr>
            <w:pStyle w:val="586FFECF142C4598987272C037E4807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B6E5FECABF45829BB384A56029A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B77E3C-E47F-492F-917F-B367670F50BA}"/>
      </w:docPartPr>
      <w:docPartBody>
        <w:p w:rsidR="004161F5" w:rsidRDefault="00E11CF0" w:rsidP="00E11CF0">
          <w:pPr>
            <w:pStyle w:val="0FB6E5FECABF45829BB384A56029A28D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1734C0B0E50C4165979C1D1CD6EF5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4D27D-680B-4463-BD9E-6BFD859A660B}"/>
      </w:docPartPr>
      <w:docPartBody>
        <w:p w:rsidR="004161F5" w:rsidRDefault="00E11CF0" w:rsidP="00E11CF0">
          <w:pPr>
            <w:pStyle w:val="1734C0B0E50C4165979C1D1CD6EF5118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23504971984E3CA014D7D54995C9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E8ACEB-C183-4290-B4AE-E71E975A024E}"/>
      </w:docPartPr>
      <w:docPartBody>
        <w:p w:rsidR="00667F4B" w:rsidRDefault="004161F5" w:rsidP="004161F5">
          <w:pPr>
            <w:pStyle w:val="0423504971984E3CA014D7D54995C960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A98CC7936C024C2988776FBA2CC670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25606D-72F2-420D-A4A5-2B1138A8CD5E}"/>
      </w:docPartPr>
      <w:docPartBody>
        <w:p w:rsidR="00667F4B" w:rsidRDefault="00E11CF0" w:rsidP="00E11CF0">
          <w:pPr>
            <w:pStyle w:val="A98CC7936C024C2988776FBA2CC670B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9B36F7201C45DF99CA9FA9C4290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A1CBC0-41C9-418E-9952-13C00E6ED73C}"/>
      </w:docPartPr>
      <w:docPartBody>
        <w:p w:rsidR="00667F4B" w:rsidRDefault="00E11CF0" w:rsidP="00E11CF0">
          <w:pPr>
            <w:pStyle w:val="2E9B36F7201C45DF99CA9FA9C42900A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814CF1CD7A47D3BB560F37A96F9D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5433EE-A462-4E7A-9841-E73A061EB40C}"/>
      </w:docPartPr>
      <w:docPartBody>
        <w:p w:rsidR="00667F4B" w:rsidRDefault="00E11CF0" w:rsidP="00E11CF0">
          <w:pPr>
            <w:pStyle w:val="09814CF1CD7A47D3BB560F37A96F9D58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93DEAF92564508A217818A964BB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1393E0-001B-4B7D-A421-D9B6B2CA1FE4}"/>
      </w:docPartPr>
      <w:docPartBody>
        <w:p w:rsidR="00667F4B" w:rsidRDefault="00E11CF0" w:rsidP="00E11CF0">
          <w:pPr>
            <w:pStyle w:val="7793DEAF92564508A217818A964BBBC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F14FB66A15431389EB3E003A7DA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6AF9D1-D349-4B4C-8AC3-C194B67500ED}"/>
      </w:docPartPr>
      <w:docPartBody>
        <w:p w:rsidR="00FB32F8" w:rsidRDefault="00E11CF0" w:rsidP="00E11CF0">
          <w:pPr>
            <w:pStyle w:val="D5F14FB66A15431389EB3E003A7DADB1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9380793E9EE044989EB44762814E78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A11D0B-E82C-43C9-ACEC-A191B2932E65}"/>
      </w:docPartPr>
      <w:docPartBody>
        <w:p w:rsidR="00FB32F8" w:rsidRDefault="00E11CF0" w:rsidP="00E11CF0">
          <w:pPr>
            <w:pStyle w:val="9380793E9EE044989EB44762814E78B6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3ED87B2022A34B2198DC2B217B191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883268-A1D0-414B-9E4C-274FBCEDF1FC}"/>
      </w:docPartPr>
      <w:docPartBody>
        <w:p w:rsidR="00FB32F8" w:rsidRDefault="00E11CF0" w:rsidP="00E11CF0">
          <w:pPr>
            <w:pStyle w:val="3ED87B2022A34B2198DC2B217B191AF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2636CEBDA55446F2B898CE82D65A7F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64DA02-F66D-478A-936F-27E433FF3BBB}"/>
      </w:docPartPr>
      <w:docPartBody>
        <w:p w:rsidR="008B2AB1" w:rsidRDefault="00E11CF0" w:rsidP="00E11CF0">
          <w:pPr>
            <w:pStyle w:val="2636CEBDA55446F2B898CE82D65A7F191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B1AD7A19AFD34107A93F340107E987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F282F6-687A-4C59-99CF-884144880502}"/>
      </w:docPartPr>
      <w:docPartBody>
        <w:p w:rsidR="008B2AB1" w:rsidRDefault="00E11CF0" w:rsidP="00E11CF0">
          <w:pPr>
            <w:pStyle w:val="B1AD7A19AFD34107A93F340107E987C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6A75EF89754CCCA94133C3ED1483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2E0FB0-CB23-4A52-9EA4-D532E1C29D57}"/>
      </w:docPartPr>
      <w:docPartBody>
        <w:p w:rsidR="008B2AB1" w:rsidRDefault="00E11CF0" w:rsidP="00E11CF0">
          <w:pPr>
            <w:pStyle w:val="886A75EF89754CCCA94133C3ED14837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D57F54BA834AB1B5607992871117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7E4660-D68B-4E91-BECB-84B53041CEB0}"/>
      </w:docPartPr>
      <w:docPartBody>
        <w:p w:rsidR="008B2AB1" w:rsidRDefault="00E11CF0" w:rsidP="00E11CF0">
          <w:pPr>
            <w:pStyle w:val="5ED57F54BA834AB1B5607992871117D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FABCABA0B9461DA7D3E68645D5FA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B27A21-7C12-4F7C-B26D-BC731D9D3327}"/>
      </w:docPartPr>
      <w:docPartBody>
        <w:p w:rsidR="008B2AB1" w:rsidRDefault="00E11CF0" w:rsidP="00E11CF0">
          <w:pPr>
            <w:pStyle w:val="6DFABCABA0B9461DA7D3E68645D5FAB7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757FCEB593184E2CAFC9A63327EFB9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A01937-329A-42EB-830A-1B4D99243856}"/>
      </w:docPartPr>
      <w:docPartBody>
        <w:p w:rsidR="00B47A19" w:rsidRDefault="00E11CF0" w:rsidP="00E11CF0">
          <w:pPr>
            <w:pStyle w:val="757FCEB593184E2CAFC9A63327EFB9501"/>
          </w:pPr>
          <w:r w:rsidRPr="00E63D2E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F4B39A8070A84184971C8E49480EB9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C5D79D-605E-47FA-B5C8-5906B1A52D27}"/>
      </w:docPartPr>
      <w:docPartBody>
        <w:p w:rsidR="00B47A19" w:rsidRDefault="00E11CF0" w:rsidP="00E11CF0">
          <w:pPr>
            <w:pStyle w:val="F4B39A8070A84184971C8E49480EB90B1"/>
          </w:pPr>
          <w:r w:rsidRPr="00E63D2E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C07BC5EED812493CAB3BD374A7CB4D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77984B-C45E-41A4-B5D1-E3E8FB532594}"/>
      </w:docPartPr>
      <w:docPartBody>
        <w:p w:rsidR="00B47A19" w:rsidRDefault="00E11CF0" w:rsidP="00E11CF0">
          <w:pPr>
            <w:pStyle w:val="C07BC5EED812493CAB3BD374A7CB4D85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98294D209F4216B8489A8FD8D665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D2607-1F41-4D25-A409-69E8EC0DC051}"/>
      </w:docPartPr>
      <w:docPartBody>
        <w:p w:rsidR="00B47A19" w:rsidRDefault="00E11CF0" w:rsidP="00E11CF0">
          <w:pPr>
            <w:pStyle w:val="3398294D209F4216B8489A8FD8D66573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8374E3260D8249BCB101ACCBADFA90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69B3DE-9FEE-4035-9E56-B165944F9210}"/>
      </w:docPartPr>
      <w:docPartBody>
        <w:p w:rsidR="00B47A19" w:rsidRDefault="00E11CF0" w:rsidP="00E11CF0">
          <w:pPr>
            <w:pStyle w:val="8374E3260D8249BCB101ACCBADFA905B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82DDF8619B4FB6B85E247B796EDC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AD4CBA-7FBF-49AB-AA4F-102D956E7BDE}"/>
      </w:docPartPr>
      <w:docPartBody>
        <w:p w:rsidR="00B47A19" w:rsidRDefault="00E11CF0" w:rsidP="00E11CF0">
          <w:pPr>
            <w:pStyle w:val="DE82DDF8619B4FB6B85E247B796EDC9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6D940DEC70B4715B4C393D194347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7166CA-93BC-4213-AAAC-9EA6299A75C7}"/>
      </w:docPartPr>
      <w:docPartBody>
        <w:p w:rsidR="00B47A19" w:rsidRDefault="00E11CF0" w:rsidP="00E11CF0">
          <w:pPr>
            <w:pStyle w:val="46D940DEC70B4715B4C393D1943471A8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E0AB0A2B2674F00BEC8C26C54F72F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E40D9F-D234-4EEA-86B2-92E7156B3367}"/>
      </w:docPartPr>
      <w:docPartBody>
        <w:p w:rsidR="00B47A19" w:rsidRDefault="00E11CF0" w:rsidP="00E11CF0">
          <w:pPr>
            <w:pStyle w:val="3E0AB0A2B2674F00BEC8C26C54F72F3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CD06D0D8E14EE39265D54698BD11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01DCAD-ACC4-4FF0-B5C1-9EE6FA724077}"/>
      </w:docPartPr>
      <w:docPartBody>
        <w:p w:rsidR="00B47A19" w:rsidRDefault="00E11CF0" w:rsidP="00E11CF0">
          <w:pPr>
            <w:pStyle w:val="87CD06D0D8E14EE39265D54698BD119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B87C171B5A40AFBCB0A9A4EC45EF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DC20ED-5B64-448E-B157-FE9A57815A53}"/>
      </w:docPartPr>
      <w:docPartBody>
        <w:p w:rsidR="00B47A19" w:rsidRDefault="00E11CF0" w:rsidP="00E11CF0">
          <w:pPr>
            <w:pStyle w:val="B6B87C171B5A40AFBCB0A9A4EC45EFC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A5173520B24CFBBAB0F047F70BE4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78FE5E-7E38-46F9-90BA-367DA3B78C3D}"/>
      </w:docPartPr>
      <w:docPartBody>
        <w:p w:rsidR="00B47A19" w:rsidRDefault="00E11CF0" w:rsidP="00E11CF0">
          <w:pPr>
            <w:pStyle w:val="39A5173520B24CFBBAB0F047F70BE4C6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86E77320FF404DCFBDC8796D1B5265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6BEEB9-FD1E-4E76-9DFD-FD71EBD59858}"/>
      </w:docPartPr>
      <w:docPartBody>
        <w:p w:rsidR="00B47A19" w:rsidRDefault="00E11CF0" w:rsidP="00E11CF0">
          <w:pPr>
            <w:pStyle w:val="86E77320FF404DCFBDC8796D1B526535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FB0132211DB5461593A26F06D4D36E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8B1A5D-C3C2-41CD-9A25-30EF4D9396A9}"/>
      </w:docPartPr>
      <w:docPartBody>
        <w:p w:rsidR="00B47A19" w:rsidRDefault="00E11CF0" w:rsidP="00E11CF0">
          <w:pPr>
            <w:pStyle w:val="FB0132211DB5461593A26F06D4D36EC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8B3D68BA90427185C83E86084B8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7E0A96-821C-4170-B331-873DF0A51C17}"/>
      </w:docPartPr>
      <w:docPartBody>
        <w:p w:rsidR="00B47A19" w:rsidRDefault="00E11CF0" w:rsidP="00E11CF0">
          <w:pPr>
            <w:pStyle w:val="A48B3D68BA90427185C83E86084B855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E48B1C91D74B7D8A84A535D6358B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DD4AB3-0DE6-4584-BB62-F8A208BD96BE}"/>
      </w:docPartPr>
      <w:docPartBody>
        <w:p w:rsidR="00B47A19" w:rsidRDefault="00E11CF0" w:rsidP="00E11CF0">
          <w:pPr>
            <w:pStyle w:val="C0E48B1C91D74B7D8A84A535D6358B9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F1F21E4CF040ECAA288B9A63498C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861DCA-90CE-4AE5-91A7-5BD28F7CFDAE}"/>
      </w:docPartPr>
      <w:docPartBody>
        <w:p w:rsidR="00B47A19" w:rsidRDefault="00E11CF0" w:rsidP="00E11CF0">
          <w:pPr>
            <w:pStyle w:val="8DF1F21E4CF040ECAA288B9A63498CC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59E062D09894DA58693C3A5B7324F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F35359-A230-4EAC-96EA-5E90B42FA929}"/>
      </w:docPartPr>
      <w:docPartBody>
        <w:p w:rsidR="00B47A19" w:rsidRDefault="00E11CF0" w:rsidP="00E11CF0">
          <w:pPr>
            <w:pStyle w:val="259E062D09894DA58693C3A5B7324F7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E7C7A329031433DB6B7FBAC734337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AA1D07-087B-4E9B-8A92-D5D495F83DAB}"/>
      </w:docPartPr>
      <w:docPartBody>
        <w:p w:rsidR="00B47A19" w:rsidRDefault="00E11CF0" w:rsidP="00E11CF0">
          <w:pPr>
            <w:pStyle w:val="9E7C7A329031433DB6B7FBAC7343375D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A5932558AD5945329512A2C485DA0C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784F58-3AE3-4294-8ECB-451F1D2FACC2}"/>
      </w:docPartPr>
      <w:docPartBody>
        <w:p w:rsidR="00B47A19" w:rsidRDefault="00E11CF0" w:rsidP="00E11CF0">
          <w:pPr>
            <w:pStyle w:val="A5932558AD5945329512A2C485DA0C81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BB68DED4A3D4418DAF2F437AD7C25D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9BCC38-E443-4A4D-8820-7F40656112D5}"/>
      </w:docPartPr>
      <w:docPartBody>
        <w:p w:rsidR="00B47A19" w:rsidRDefault="00E11CF0" w:rsidP="00E11CF0">
          <w:pPr>
            <w:pStyle w:val="BB68DED4A3D4418DAF2F437AD7C25DE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B39B648D4B54B73844195A2D89BBF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6C38D6-D716-4A86-9945-3487FEF4438E}"/>
      </w:docPartPr>
      <w:docPartBody>
        <w:p w:rsidR="00B47A19" w:rsidRDefault="00E11CF0" w:rsidP="00E11CF0">
          <w:pPr>
            <w:pStyle w:val="3B39B648D4B54B73844195A2D89BBF28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F49A007F5948C39D57A2354DC98E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42844C-CF2D-4A20-981B-07D61191E79C}"/>
      </w:docPartPr>
      <w:docPartBody>
        <w:p w:rsidR="00B47A19" w:rsidRDefault="00E11CF0" w:rsidP="00E11CF0">
          <w:pPr>
            <w:pStyle w:val="2DF49A007F5948C39D57A2354DC98E4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82338C372043EAAA2281308C4999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8A006A-6963-401C-AD37-E2DFB8043AE4}"/>
      </w:docPartPr>
      <w:docPartBody>
        <w:p w:rsidR="00B47A19" w:rsidRDefault="00E11CF0" w:rsidP="00E11CF0">
          <w:pPr>
            <w:pStyle w:val="7D82338C372043EAAA2281308C49991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2E54D859E6A4DD78890FDB35E4F57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F5F511-114F-4567-BAB7-27A4960DE975}"/>
      </w:docPartPr>
      <w:docPartBody>
        <w:p w:rsidR="00B47A19" w:rsidRDefault="00E11CF0" w:rsidP="00E11CF0">
          <w:pPr>
            <w:pStyle w:val="F2E54D859E6A4DD78890FDB35E4F57DD1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172C49AD457B4581AF3EA2BAD8EDBA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67832-22C2-4CF4-A4DA-9D2DF1DD70C6}"/>
      </w:docPartPr>
      <w:docPartBody>
        <w:p w:rsidR="00B47A19" w:rsidRDefault="00E11CF0" w:rsidP="00E11CF0">
          <w:pPr>
            <w:pStyle w:val="172C49AD457B4581AF3EA2BAD8EDBAD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A53A8EDFF1D47F9A888D78DB41E9B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D9B515-4199-4B11-AAE4-1E130E127A03}"/>
      </w:docPartPr>
      <w:docPartBody>
        <w:p w:rsidR="00B47A19" w:rsidRDefault="00E11CF0" w:rsidP="00E11CF0">
          <w:pPr>
            <w:pStyle w:val="6A53A8EDFF1D47F9A888D78DB41E9B1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D6E54EF0DD4CD6947D76D0847C72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6BE24F-8458-4AD6-87DA-77B432958498}"/>
      </w:docPartPr>
      <w:docPartBody>
        <w:p w:rsidR="00B47A19" w:rsidRDefault="00E11CF0" w:rsidP="00E11CF0">
          <w:pPr>
            <w:pStyle w:val="F4D6E54EF0DD4CD6947D76D0847C725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8EF3356DAE1482F91EF349627B95F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B4E2E1-F9CE-4383-929C-BD8A7AFC02D7}"/>
      </w:docPartPr>
      <w:docPartBody>
        <w:p w:rsidR="00B47A19" w:rsidRDefault="00E11CF0" w:rsidP="00E11CF0">
          <w:pPr>
            <w:pStyle w:val="B8EF3356DAE1482F91EF349627B95F13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B0AAB9B3B32D4329A0839740E69822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3AAB14-4369-4B77-8AC7-6D6814D195AF}"/>
      </w:docPartPr>
      <w:docPartBody>
        <w:p w:rsidR="00B47A19" w:rsidRDefault="00E11CF0" w:rsidP="00E11CF0">
          <w:pPr>
            <w:pStyle w:val="B0AAB9B3B32D4329A0839740E69822361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57042858523B4E579EF373F7FBEDA1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8DB634-8A20-4478-9910-DC756F1D6BA9}"/>
      </w:docPartPr>
      <w:docPartBody>
        <w:p w:rsidR="00B47A19" w:rsidRDefault="00E11CF0" w:rsidP="00E11CF0">
          <w:pPr>
            <w:pStyle w:val="57042858523B4E579EF373F7FBEDA1A7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DA99B1C36A453FA8B38A420D1096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2AF7AC-52B4-429B-AC6D-9D9F6FBD6914}"/>
      </w:docPartPr>
      <w:docPartBody>
        <w:p w:rsidR="00B47A19" w:rsidRDefault="00E11CF0" w:rsidP="00E11CF0">
          <w:pPr>
            <w:pStyle w:val="6EDA99B1C36A453FA8B38A420D1096F3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32389FFCAC48C3A04E268B827AE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63D7A0-7AB8-44C4-82BA-2E582DCDC2CF}"/>
      </w:docPartPr>
      <w:docPartBody>
        <w:p w:rsidR="00B47A19" w:rsidRDefault="00E11CF0" w:rsidP="00E11CF0">
          <w:pPr>
            <w:pStyle w:val="2D32389FFCAC48C3A04E268B827AEE54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97EE4E1F294825BCF57FAE0F595B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5BA93D-7ACA-4A95-A0FD-AB71ACA9A101}"/>
      </w:docPartPr>
      <w:docPartBody>
        <w:p w:rsidR="00B47A19" w:rsidRDefault="00E11CF0" w:rsidP="00E11CF0">
          <w:pPr>
            <w:pStyle w:val="0397EE4E1F294825BCF57FAE0F595BD9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D687E5C369304B42972022464EEA8B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40C801-F6B1-46DF-B2BD-11041FAE3526}"/>
      </w:docPartPr>
      <w:docPartBody>
        <w:p w:rsidR="00B47A19" w:rsidRDefault="00E11CF0" w:rsidP="00E11CF0">
          <w:pPr>
            <w:pStyle w:val="D687E5C369304B42972022464EEA8B121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0C87624F2071497B8D420065C9FF70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E3198D-8295-408F-AE39-8F03E999A8C9}"/>
      </w:docPartPr>
      <w:docPartBody>
        <w:p w:rsidR="00B47A19" w:rsidRDefault="00E11CF0" w:rsidP="00E11CF0">
          <w:pPr>
            <w:pStyle w:val="0C87624F2071497B8D420065C9FF701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FF22397E7C34141B05BED7A86C61D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E236F7-17E5-469C-ADA3-DF48698776E0}"/>
      </w:docPartPr>
      <w:docPartBody>
        <w:p w:rsidR="00B47A19" w:rsidRDefault="00E11CF0" w:rsidP="00E11CF0">
          <w:pPr>
            <w:pStyle w:val="BFF22397E7C34141B05BED7A86C61DD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4ABED3CF714D25B42EB00EE2E1BE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F0C9A1-9DED-4345-B933-6AD4B1F203A7}"/>
      </w:docPartPr>
      <w:docPartBody>
        <w:p w:rsidR="00B47A19" w:rsidRDefault="00E11CF0" w:rsidP="00E11CF0">
          <w:pPr>
            <w:pStyle w:val="584ABED3CF714D25B42EB00EE2E1BEF7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A3755EF5E74B6BACDB83C1E29A6B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34E9D9-2E9A-4FD1-8366-99ADCCB53BFB}"/>
      </w:docPartPr>
      <w:docPartBody>
        <w:p w:rsidR="00B47A19" w:rsidRDefault="00E11CF0" w:rsidP="00E11CF0">
          <w:pPr>
            <w:pStyle w:val="BDA3755EF5E74B6BACDB83C1E29A6B501"/>
          </w:pPr>
          <w:r w:rsidRPr="00260F73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9E1"/>
    <w:rsid w:val="00041DFE"/>
    <w:rsid w:val="000934D5"/>
    <w:rsid w:val="002630F8"/>
    <w:rsid w:val="004161F5"/>
    <w:rsid w:val="00434CAA"/>
    <w:rsid w:val="00531388"/>
    <w:rsid w:val="005A051B"/>
    <w:rsid w:val="006239E1"/>
    <w:rsid w:val="00667F4B"/>
    <w:rsid w:val="00692C50"/>
    <w:rsid w:val="006D0099"/>
    <w:rsid w:val="00857D96"/>
    <w:rsid w:val="008B2AB1"/>
    <w:rsid w:val="00917BE7"/>
    <w:rsid w:val="00926343"/>
    <w:rsid w:val="009A5C93"/>
    <w:rsid w:val="00B302C0"/>
    <w:rsid w:val="00B47A19"/>
    <w:rsid w:val="00BD0B7C"/>
    <w:rsid w:val="00E11CF0"/>
    <w:rsid w:val="00E5708D"/>
    <w:rsid w:val="00E84AF6"/>
    <w:rsid w:val="00ED0BA0"/>
    <w:rsid w:val="00F277ED"/>
    <w:rsid w:val="00F75C6A"/>
    <w:rsid w:val="00FB32F8"/>
    <w:rsid w:val="00FC6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11CF0"/>
    <w:rPr>
      <w:color w:val="666666"/>
    </w:rPr>
  </w:style>
  <w:style w:type="paragraph" w:customStyle="1" w:styleId="0423504971984E3CA014D7D54995C960">
    <w:name w:val="0423504971984E3CA014D7D54995C960"/>
    <w:rsid w:val="004161F5"/>
  </w:style>
  <w:style w:type="paragraph" w:customStyle="1" w:styleId="1734C0B0E50C4165979C1D1CD6EF51181">
    <w:name w:val="1734C0B0E50C4165979C1D1CD6EF5118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4D6CB2241074A76A75ACE4A72F3BACA1">
    <w:name w:val="F4D6CB2241074A76A75ACE4A72F3BACA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C6BE9DD57B042A78E73AE6C65AB81E91">
    <w:name w:val="5C6BE9DD57B042A78E73AE6C65AB81E9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94FF17A7DD844238942618D220CAEE01">
    <w:name w:val="B94FF17A7DD844238942618D220CAEE0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5F14FB66A15431389EB3E003A7DADB11">
    <w:name w:val="D5F14FB66A15431389EB3E003A7DADB1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58EF154077D4EC492E0AA02749775EE1">
    <w:name w:val="758EF154077D4EC492E0AA02749775EE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0444590C5F4414E83C6454885D5753D1">
    <w:name w:val="60444590C5F4414E83C6454885D5753D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6DC268CB3744C7AF90E558EFABE7F61">
    <w:name w:val="096DC268CB3744C7AF90E558EFABE7F6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6EE3227410F4460A6706019F08584BA1">
    <w:name w:val="16EE3227410F4460A6706019F08584BA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5C6ADD19D0A4F7F9AA8A8D4CCB1374F1">
    <w:name w:val="35C6ADD19D0A4F7F9AA8A8D4CCB1374F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AD4EFDEB46F4DD3B07D7D864B6EAEB21">
    <w:name w:val="0AD4EFDEB46F4DD3B07D7D864B6EAEB2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969D259CE28476AA1EB44B74A93B0DE1">
    <w:name w:val="C969D259CE28476AA1EB44B74A93B0DE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163D3241B974CB9999FF0EC5B4E2B211">
    <w:name w:val="4163D3241B974CB9999FF0EC5B4E2B21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9495584885745569DDCF4FEC1482D051">
    <w:name w:val="89495584885745569DDCF4FEC1482D05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6C6F6902A3B4D4CA7D745FDDA70B68A1">
    <w:name w:val="66C6F6902A3B4D4CA7D745FDDA70B68A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CD965A9EE694FECADF2476D720E7B6E1">
    <w:name w:val="4CD965A9EE694FECADF2476D720E7B6E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E232A6ADC042DB884957F020A929BA1">
    <w:name w:val="09E232A6ADC042DB884957F020A929BA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DF7FD3C5E5C4C0992D419903A5ACDD91">
    <w:name w:val="3DF7FD3C5E5C4C0992D419903A5ACDD9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DFFF9D18954E1993F5C0789B03E1791">
    <w:name w:val="CADFFF9D18954E1993F5C0789B03E179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57F90F891404138BEF4C8B0986FE7061">
    <w:name w:val="657F90F891404138BEF4C8B0986FE706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9113B8A854441D682CE5AC80AFB08601">
    <w:name w:val="C9113B8A854441D682CE5AC80AFB0860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98CC7936C024C2988776FBA2CC670BD1">
    <w:name w:val="A98CC7936C024C2988776FBA2CC670BD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E9B36F7201C45DF99CA9FA9C42900AE1">
    <w:name w:val="2E9B36F7201C45DF99CA9FA9C42900AE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814CF1CD7A47D3BB560F37A96F9D581">
    <w:name w:val="09814CF1CD7A47D3BB560F37A96F9D58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793DEAF92564508A217818A964BBBC01">
    <w:name w:val="7793DEAF92564508A217818A964BBBC0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72FF4CA11794B8A841DB2220DF10EA61">
    <w:name w:val="872FF4CA11794B8A841DB2220DF10EA6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97BD512F134974B65EC5CE1A1FFA5C1">
    <w:name w:val="4E97BD512F134974B65EC5CE1A1FFA5C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3C24FC1DD4E4C25906C3761C0E444F21">
    <w:name w:val="43C24FC1DD4E4C25906C3761C0E444F2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5B51F8A20C49259CB13015EB1213891">
    <w:name w:val="6E5B51F8A20C49259CB13015EB121389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CA81B7FEB124004A04A95F11ADBD7A71">
    <w:name w:val="ACA81B7FEB124004A04A95F11ADBD7A7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3F5175B57004446843F4F317C13BE7C1">
    <w:name w:val="E3F5175B57004446843F4F317C13BE7C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2E25C8BD59485F83A4E1A3EB66C1CA1">
    <w:name w:val="6E2E25C8BD59485F83A4E1A3EB66C1CA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4CADD3637F3476CAEF2795719E307AF1">
    <w:name w:val="74CADD3637F3476CAEF2795719E307AF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B27C8C8D90949D99B80C3BCC40C6DB11">
    <w:name w:val="AB27C8C8D90949D99B80C3BCC40C6DB1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E6BAA36B4CE46CCBA1107A2CA86328D1">
    <w:name w:val="BE6BAA36B4CE46CCBA1107A2CA86328D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8F3A9EE91754E259AFD2F141BD88EC31">
    <w:name w:val="98F3A9EE91754E259AFD2F141BD88EC3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562792367E244C2B52C13434E400DB21">
    <w:name w:val="A562792367E244C2B52C13434E400DB2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E217E49FF2B4BCCB4F3ACCCBA8620561">
    <w:name w:val="7E217E49FF2B4BCCB4F3ACCCBA862056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6B6B6169038418C8F137F03A3BAC3E61">
    <w:name w:val="A6B6B6169038418C8F137F03A3BAC3E6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A84038C5BAB4BC98BCFD7720888F4EA1">
    <w:name w:val="BA84038C5BAB4BC98BCFD7720888F4EA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A85F1BB5E59479D91B2E845B74103B11">
    <w:name w:val="2A85F1BB5E59479D91B2E845B74103B1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34A0FEE22AB4D08A85FAFBB84445CB91">
    <w:name w:val="734A0FEE22AB4D08A85FAFBB84445CB9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AE69983638E496B87E186B118E83D051">
    <w:name w:val="3AE69983638E496B87E186B118E83D05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1B8BE8E635423EB269141E9E2912AC1">
    <w:name w:val="4E1B8BE8E635423EB269141E9E2912AC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2C19E6AA2346A4966003129C441C2C1">
    <w:name w:val="522C19E6AA2346A4966003129C441C2C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C6DBC8E8B3947CB8F9195F36B67D85A1">
    <w:name w:val="DC6DBC8E8B3947CB8F9195F36B67D85A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9487EF4E50B45EF8F8DF0A58099CB091">
    <w:name w:val="49487EF4E50B45EF8F8DF0A58099CB09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07BC5EED812493CAB3BD374A7CB4D851">
    <w:name w:val="C07BC5EED812493CAB3BD374A7CB4D85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398294D209F4216B8489A8FD8D665731">
    <w:name w:val="3398294D209F4216B8489A8FD8D66573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374E3260D8249BCB101ACCBADFA905B1">
    <w:name w:val="8374E3260D8249BCB101ACCBADFA905B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E82DDF8619B4FB6B85E247B796EDC9B1">
    <w:name w:val="DE82DDF8619B4FB6B85E247B796EDC9B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6D940DEC70B4715B4C393D1943471A81">
    <w:name w:val="46D940DEC70B4715B4C393D1943471A8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E0AB0A2B2674F00BEC8C26C54F72F3B1">
    <w:name w:val="3E0AB0A2B2674F00BEC8C26C54F72F3B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7CD06D0D8E14EE39265D54698BD11991">
    <w:name w:val="87CD06D0D8E14EE39265D54698BD1199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6B87C171B5A40AFBCB0A9A4EC45EFCE1">
    <w:name w:val="B6B87C171B5A40AFBCB0A9A4EC45EFCE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9A5173520B24CFBBAB0F047F70BE4C61">
    <w:name w:val="39A5173520B24CFBBAB0F047F70BE4C6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6E77320FF404DCFBDC8796D1B5265351">
    <w:name w:val="86E77320FF404DCFBDC8796D1B526535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B0132211DB5461593A26F06D4D36ECF1">
    <w:name w:val="FB0132211DB5461593A26F06D4D36ECF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48B3D68BA90427185C83E86084B855F1">
    <w:name w:val="A48B3D68BA90427185C83E86084B855F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0E48B1C91D74B7D8A84A535D6358B9A1">
    <w:name w:val="C0E48B1C91D74B7D8A84A535D6358B9A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DF1F21E4CF040ECAA288B9A63498CC21">
    <w:name w:val="8DF1F21E4CF040ECAA288B9A63498CC2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59E062D09894DA58693C3A5B7324F791">
    <w:name w:val="259E062D09894DA58693C3A5B7324F79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E7C7A329031433DB6B7FBAC7343375D1">
    <w:name w:val="9E7C7A329031433DB6B7FBAC7343375D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5932558AD5945329512A2C485DA0C811">
    <w:name w:val="A5932558AD5945329512A2C485DA0C81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B68DED4A3D4418DAF2F437AD7C25DEA1">
    <w:name w:val="BB68DED4A3D4418DAF2F437AD7C25DEA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B39B648D4B54B73844195A2D89BBF281">
    <w:name w:val="3B39B648D4B54B73844195A2D89BBF28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DF49A007F5948C39D57A2354DC98E4B1">
    <w:name w:val="2DF49A007F5948C39D57A2354DC98E4B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D82338C372043EAAA2281308C49991D1">
    <w:name w:val="7D82338C372043EAAA2281308C49991D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57FCEB593184E2CAFC9A63327EFB9501">
    <w:name w:val="757FCEB593184E2CAFC9A63327EFB950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4E4ABAE5DA465E97A6237A7809538C1">
    <w:name w:val="CA4E4ABAE5DA465E97A6237A7809538C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56AE4FD73954CA688AAE317B321396B1">
    <w:name w:val="156AE4FD73954CA688AAE317B321396B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D5A277E4DAE4119840AF2E2D970FC5F1">
    <w:name w:val="6D5A277E4DAE4119840AF2E2D970FC5F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86FFECF142C4598987272C037E4807A1">
    <w:name w:val="586FFECF142C4598987272C037E4807A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FB6E5FECABF45829BB384A56029A28D1">
    <w:name w:val="0FB6E5FECABF45829BB384A56029A28D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636CEBDA55446F2B898CE82D65A7F191">
    <w:name w:val="2636CEBDA55446F2B898CE82D65A7F19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1AD7A19AFD34107A93F340107E987C91">
    <w:name w:val="B1AD7A19AFD34107A93F340107E987C9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86A75EF89754CCCA94133C3ED1483701">
    <w:name w:val="886A75EF89754CCCA94133C3ED148370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ED57F54BA834AB1B5607992871117D01">
    <w:name w:val="5ED57F54BA834AB1B5607992871117D0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DFABCABA0B9461DA7D3E68645D5FAB71">
    <w:name w:val="6DFABCABA0B9461DA7D3E68645D5FAB7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2E54D859E6A4DD78890FDB35E4F57DD1">
    <w:name w:val="F2E54D859E6A4DD78890FDB35E4F57DD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72C49AD457B4581AF3EA2BAD8EDBAD11">
    <w:name w:val="172C49AD457B4581AF3EA2BAD8EDBAD1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A53A8EDFF1D47F9A888D78DB41E9B1B1">
    <w:name w:val="6A53A8EDFF1D47F9A888D78DB41E9B1B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4D6E54EF0DD4CD6947D76D0847C72521">
    <w:name w:val="F4D6E54EF0DD4CD6947D76D0847C7252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8EF3356DAE1482F91EF349627B95F131">
    <w:name w:val="B8EF3356DAE1482F91EF349627B95F13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0AAB9B3B32D4329A0839740E69822361">
    <w:name w:val="B0AAB9B3B32D4329A0839740E6982236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7042858523B4E579EF373F7FBEDA1A71">
    <w:name w:val="57042858523B4E579EF373F7FBEDA1A7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DA99B1C36A453FA8B38A420D1096F31">
    <w:name w:val="6EDA99B1C36A453FA8B38A420D1096F3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D32389FFCAC48C3A04E268B827AEE541">
    <w:name w:val="2D32389FFCAC48C3A04E268B827AEE54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397EE4E1F294825BCF57FAE0F595BD91">
    <w:name w:val="0397EE4E1F294825BCF57FAE0F595BD9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687E5C369304B42972022464EEA8B121">
    <w:name w:val="D687E5C369304B42972022464EEA8B12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C87624F2071497B8D420065C9FF70161">
    <w:name w:val="0C87624F2071497B8D420065C9FF7016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FF22397E7C34141B05BED7A86C61DDE1">
    <w:name w:val="BFF22397E7C34141B05BED7A86C61DDE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84ABED3CF714D25B42EB00EE2E1BEF71">
    <w:name w:val="584ABED3CF714D25B42EB00EE2E1BEF7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DA3755EF5E74B6BACDB83C1E29A6B501">
    <w:name w:val="BDA3755EF5E74B6BACDB83C1E29A6B50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4B39A8070A84184971C8E49480EB90B1">
    <w:name w:val="F4B39A8070A84184971C8E49480EB90B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380793E9EE044989EB44762814E78B6">
    <w:name w:val="9380793E9EE044989EB44762814E78B6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ED87B2022A34B2198DC2B217B191AF1">
    <w:name w:val="3ED87B2022A34B2198DC2B217B191AF1"/>
    <w:rsid w:val="00E11CF0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5383CA1-4EBA-4675-946A-4E3876E1728D}">
  <we:reference id="a3b40b4f-8edf-490e-9df1-7e66f93912bf" version="1.2.0.0" store="EXCatalog" storeType="EXCatalog"/>
  <we:alternateReferences>
    <we:reference id="WA104380526" version="1.2.0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15185260-356a-4f99-88cc-936cb4cb807e" xsi:nil="true"/>
    <g91b68ba74af4c7b983d18b6ea194a39 xmlns="503bbec5-b5d2-4817-b31a-e56cf9689349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Training</TermName>
          <TermId xmlns="http://schemas.microsoft.com/office/infopath/2007/PartnerControls">d40a543f-cf93-4dd2-8e77-c73395edc57f</TermId>
        </TermInfo>
      </Terms>
    </g91b68ba74af4c7b983d18b6ea194a39>
    <TaxCatchAll xmlns="503bbec5-b5d2-4817-b31a-e56cf9689349">
      <Value>31</Value>
    </TaxCatchAll>
    <_ip_UnifiedCompliancePolicyProperties xmlns="http://schemas.microsoft.com/sharepoint/v3" xsi:nil="true"/>
    <Status xmlns="15185260-356a-4f99-88cc-936cb4cb807e" xsi:nil="true"/>
    <lcf76f155ced4ddcb4097134ff3c332f xmlns="15185260-356a-4f99-88cc-936cb4cb807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raining Document" ma:contentTypeID="0x010100E71D276AF3F30A40B0518270157AC0D12600A5CCBD870995834399D357334277DA3A" ma:contentTypeVersion="24" ma:contentTypeDescription="" ma:contentTypeScope="" ma:versionID="51cadf1560be46046a2c601411ceb66b">
  <xsd:schema xmlns:xsd="http://www.w3.org/2001/XMLSchema" xmlns:xs="http://www.w3.org/2001/XMLSchema" xmlns:p="http://schemas.microsoft.com/office/2006/metadata/properties" xmlns:ns1="http://schemas.microsoft.com/sharepoint/v3" xmlns:ns2="503bbec5-b5d2-4817-b31a-e56cf9689349" xmlns:ns3="15185260-356a-4f99-88cc-936cb4cb807e" targetNamespace="http://schemas.microsoft.com/office/2006/metadata/properties" ma:root="true" ma:fieldsID="e98f9ee26940bd46210317464be3b008" ns1:_="" ns2:_="" ns3:_="">
    <xsd:import namespace="http://schemas.microsoft.com/sharepoint/v3"/>
    <xsd:import namespace="503bbec5-b5d2-4817-b31a-e56cf9689349"/>
    <xsd:import namespace="15185260-356a-4f99-88cc-936cb4cb807e"/>
    <xsd:element name="properties">
      <xsd:complexType>
        <xsd:sequence>
          <xsd:element name="documentManagement">
            <xsd:complexType>
              <xsd:all>
                <xsd:element ref="ns2:g91b68ba74af4c7b983d18b6ea194a39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lcf76f155ced4ddcb4097134ff3c332f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bbec5-b5d2-4817-b31a-e56cf9689349" elementFormDefault="qualified">
    <xsd:import namespace="http://schemas.microsoft.com/office/2006/documentManagement/types"/>
    <xsd:import namespace="http://schemas.microsoft.com/office/infopath/2007/PartnerControls"/>
    <xsd:element name="g91b68ba74af4c7b983d18b6ea194a39" ma:index="8" nillable="true" ma:taxonomy="true" ma:internalName="g91b68ba74af4c7b983d18b6ea194a39" ma:taxonomyFieldName="RCPITags" ma:displayName="RCPITags" ma:default="" ma:fieldId="{091b68ba-74af-4c7b-983d-18b6ea194a39}" ma:sspId="4072833a-2362-46d2-ac3f-3941ef26165a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f6ce1868-fc46-45bc-9346-2acb2ee913c9}" ma:internalName="TaxCatchAll" ma:showField="CatchAllData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f6ce1868-fc46-45bc-9346-2acb2ee913c9}" ma:internalName="TaxCatchAllLabel" ma:readOnly="true" ma:showField="CatchAllDataLabel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85260-356a-4f99-88cc-936cb4cb80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072833a-2362-46d2-ac3f-3941ef2616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9" nillable="true" ma:displayName="Sign-off status" ma:internalName="Sign_x002d_off_x0020_status">
      <xsd:simpleType>
        <xsd:restriction base="dms:Text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2" nillable="true" ma:displayName="Status" ma:format="Dropdown" ma:internalName="Status">
      <xsd:simpleType>
        <xsd:restriction base="dms:Text">
          <xsd:maxLength value="255"/>
        </xsd:restriction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254CA12-5166-4609-8A53-2BCCA5AC119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5185260-356a-4f99-88cc-936cb4cb807e"/>
    <ds:schemaRef ds:uri="503bbec5-b5d2-4817-b31a-e56cf9689349"/>
  </ds:schemaRefs>
</ds:datastoreItem>
</file>

<file path=customXml/itemProps2.xml><?xml version="1.0" encoding="utf-8"?>
<ds:datastoreItem xmlns:ds="http://schemas.openxmlformats.org/officeDocument/2006/customXml" ds:itemID="{85DDD1E4-0D40-4C43-8864-9A02B6B74B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03bbec5-b5d2-4817-b31a-e56cf9689349"/>
    <ds:schemaRef ds:uri="15185260-356a-4f99-88cc-936cb4cb80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6B19CF-EFB8-4F89-85DA-6B718D02C5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629276-5B18-41CF-8C69-4C9411857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1055</Words>
  <Characters>6018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Shivana Chandra</cp:lastModifiedBy>
  <cp:revision>6</cp:revision>
  <dcterms:created xsi:type="dcterms:W3CDTF">2026-08-21T13:18:00Z</dcterms:created>
  <dcterms:modified xsi:type="dcterms:W3CDTF">2026-10-07T10:44:00Z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bdc5c2-1ff9-4d01-9834-f86cda611682_Enabled">
    <vt:lpwstr>true</vt:lpwstr>
  </property>
  <property fmtid="{D5CDD505-2E9C-101B-9397-08002B2CF9AE}" pid="3" name="MSIP_Label_2ebdc5c2-1ff9-4d01-9834-f86cda611682_SetDate">
    <vt:lpwstr>2026-06-18T07:56:58Z</vt:lpwstr>
  </property>
  <property fmtid="{D5CDD505-2E9C-101B-9397-08002B2CF9AE}" pid="4" name="MSIP_Label_2ebdc5c2-1ff9-4d01-9834-f86cda611682_Method">
    <vt:lpwstr>Standard</vt:lpwstr>
  </property>
  <property fmtid="{D5CDD505-2E9C-101B-9397-08002B2CF9AE}" pid="5" name="MSIP_Label_2ebdc5c2-1ff9-4d01-9834-f86cda611682_Name">
    <vt:lpwstr>defa4170-0d19-0005-0004-bc88714345d2</vt:lpwstr>
  </property>
  <property fmtid="{D5CDD505-2E9C-101B-9397-08002B2CF9AE}" pid="6" name="MSIP_Label_2ebdc5c2-1ff9-4d01-9834-f86cda611682_SiteId">
    <vt:lpwstr>4bdbc99f-14d5-40ac-8220-5a85d6b6fe7d</vt:lpwstr>
  </property>
  <property fmtid="{D5CDD505-2E9C-101B-9397-08002B2CF9AE}" pid="7" name="MSIP_Label_2ebdc5c2-1ff9-4d01-9834-f86cda611682_ActionId">
    <vt:lpwstr>d6e18b85-d433-40c6-abd2-67d3e09077c0</vt:lpwstr>
  </property>
  <property fmtid="{D5CDD505-2E9C-101B-9397-08002B2CF9AE}" pid="8" name="MSIP_Label_2ebdc5c2-1ff9-4d01-9834-f86cda611682_ContentBits">
    <vt:lpwstr>0</vt:lpwstr>
  </property>
  <property fmtid="{D5CDD505-2E9C-101B-9397-08002B2CF9AE}" pid="9" name="MSIP_Label_2ebdc5c2-1ff9-4d01-9834-f86cda611682_Tag">
    <vt:lpwstr>10, 3, 0, 1</vt:lpwstr>
  </property>
  <property fmtid="{D5CDD505-2E9C-101B-9397-08002B2CF9AE}" pid="10" name="ContentTypeId">
    <vt:lpwstr>0x010100E71D276AF3F30A40B0518270157AC0D12600A5CCBD870995834399D357334277DA3A</vt:lpwstr>
  </property>
  <property fmtid="{D5CDD505-2E9C-101B-9397-08002B2CF9AE}" pid="11" name="MediaServiceImageTags">
    <vt:lpwstr/>
  </property>
  <property fmtid="{D5CDD505-2E9C-101B-9397-08002B2CF9AE}" pid="12" name="RCPITags">
    <vt:lpwstr>31;#Training|d40a543f-cf93-4dd2-8e77-c73395edc57f</vt:lpwstr>
  </property>
</Properties>
</file>